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155D" w14:textId="34A98094" w:rsidR="00CA2F6E" w:rsidRDefault="00CA2F6E">
      <w:pPr>
        <w:spacing w:after="20"/>
        <w:rPr>
          <w:b/>
          <w:color w:val="5C1F8B"/>
          <w:sz w:val="16"/>
        </w:rPr>
      </w:pPr>
    </w:p>
    <w:p w14:paraId="705BFB1D" w14:textId="0E43B1BF" w:rsidR="00CA2F6E" w:rsidRPr="00D66DAB" w:rsidRDefault="00CA2F6E">
      <w:pPr>
        <w:spacing w:after="20"/>
        <w:rPr>
          <w:rFonts w:ascii="Palatino Linotype" w:hAnsi="Palatino Linotype"/>
          <w:b/>
          <w:color w:val="5C1F8B"/>
          <w:sz w:val="16"/>
        </w:rPr>
      </w:pPr>
    </w:p>
    <w:p w14:paraId="08D3340F" w14:textId="3A8A48B7" w:rsidR="00D7659A" w:rsidRPr="00D66DAB" w:rsidRDefault="00EA41A0">
      <w:pPr>
        <w:spacing w:after="20"/>
        <w:rPr>
          <w:rFonts w:ascii="Palatino Linotype" w:hAnsi="Palatino Linotype"/>
        </w:rPr>
      </w:pPr>
      <w:r w:rsidRPr="00D66DAB">
        <w:rPr>
          <w:rFonts w:ascii="Palatino Linotype" w:hAnsi="Palatino Linotype"/>
          <w:b/>
          <w:color w:val="5C1F8B"/>
          <w:sz w:val="16"/>
        </w:rPr>
        <w:t xml:space="preserve">VOLUNTEER </w:t>
      </w:r>
      <w:r w:rsidR="00D66DAB" w:rsidRPr="00D66DAB">
        <w:rPr>
          <w:rFonts w:ascii="Palatino Linotype" w:hAnsi="Palatino Linotype"/>
          <w:b/>
          <w:color w:val="5C1F8B"/>
          <w:sz w:val="16"/>
        </w:rPr>
        <w:t>RESOURCE • ONBOARDING</w:t>
      </w:r>
      <w:r w:rsidR="00CA2F6E" w:rsidRPr="00D66DAB">
        <w:rPr>
          <w:rFonts w:ascii="Palatino Linotype" w:hAnsi="Palatino Linotype"/>
          <w:b/>
          <w:color w:val="5C1F8B"/>
          <w:sz w:val="16"/>
        </w:rPr>
        <w:t xml:space="preserve"> </w:t>
      </w:r>
      <w:r w:rsidRPr="00D66DAB">
        <w:rPr>
          <w:rFonts w:ascii="Palatino Linotype" w:hAnsi="Palatino Linotype"/>
          <w:b/>
          <w:color w:val="5C1F8B"/>
          <w:sz w:val="16"/>
        </w:rPr>
        <w:t>EMAIL TEMPLATE</w:t>
      </w:r>
      <w:r w:rsidR="00D66DAB">
        <w:rPr>
          <w:rFonts w:ascii="Palatino Linotype" w:hAnsi="Palatino Linotype"/>
          <w:b/>
          <w:color w:val="5C1F8B"/>
          <w:sz w:val="16"/>
        </w:rPr>
        <w:t>S</w:t>
      </w:r>
    </w:p>
    <w:p w14:paraId="2980E311" w14:textId="77777777" w:rsidR="00D7659A" w:rsidRPr="00D66DAB" w:rsidRDefault="00EA41A0">
      <w:pPr>
        <w:spacing w:after="40"/>
        <w:rPr>
          <w:rFonts w:ascii="Palatino Linotype" w:hAnsi="Palatino Linotype"/>
          <w:color w:val="auto"/>
        </w:rPr>
      </w:pPr>
      <w:r w:rsidRPr="00D66DAB">
        <w:rPr>
          <w:rFonts w:ascii="Palatino Linotype" w:hAnsi="Palatino Linotype"/>
          <w:b/>
          <w:color w:val="auto"/>
          <w:sz w:val="44"/>
        </w:rPr>
        <w:t>New Leader Liaison Welcome Email</w:t>
      </w:r>
    </w:p>
    <w:p w14:paraId="76673768" w14:textId="72182B89" w:rsidR="00D66DAB" w:rsidRPr="00D66DAB" w:rsidRDefault="00D66DAB">
      <w:pPr>
        <w:spacing w:after="160"/>
        <w:rPr>
          <w:rFonts w:ascii="Palatino Linotype" w:hAnsi="Palatino Linotype"/>
          <w:color w:val="auto"/>
          <w:sz w:val="20"/>
        </w:rPr>
      </w:pPr>
      <w:r w:rsidRPr="00D66DAB">
        <w:rPr>
          <w:rFonts w:ascii="Palatino Linotype" w:hAnsi="Palatino Linotype"/>
          <w:color w:val="auto"/>
          <w:sz w:val="20"/>
        </w:rPr>
        <w:t>Use this template to welcome a new Leader, introduce your role, and help them get connected with their Service Unit.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890"/>
      </w:tblGrid>
      <w:tr w:rsidR="00375587" w:rsidRPr="00D66DAB" w14:paraId="253C5714" w14:textId="77777777" w:rsidTr="00D66DAB">
        <w:trPr>
          <w:jc w:val="center"/>
        </w:trPr>
        <w:tc>
          <w:tcPr>
            <w:tcW w:w="2070" w:type="dxa"/>
            <w:shd w:val="clear" w:color="auto" w:fill="F0E8F7"/>
            <w:vAlign w:val="center"/>
          </w:tcPr>
          <w:p w14:paraId="7B051BDD" w14:textId="295AC30D" w:rsidR="00375587" w:rsidRPr="00D66DAB" w:rsidRDefault="00375587">
            <w:pPr>
              <w:spacing w:after="0"/>
              <w:rPr>
                <w:rFonts w:ascii="Palatino Linotype" w:hAnsi="Palatino Linotype"/>
                <w:b/>
                <w:color w:val="5C1F8B"/>
                <w:sz w:val="18"/>
              </w:rPr>
            </w:pPr>
            <w:r w:rsidRPr="00D66DAB">
              <w:rPr>
                <w:rFonts w:ascii="Palatino Linotype" w:hAnsi="Palatino Linotype"/>
                <w:b/>
                <w:color w:val="5C1F8B"/>
                <w:sz w:val="18"/>
              </w:rPr>
              <w:t>WHEN TO SEND</w:t>
            </w:r>
          </w:p>
        </w:tc>
        <w:tc>
          <w:tcPr>
            <w:tcW w:w="7890" w:type="dxa"/>
            <w:shd w:val="clear" w:color="auto" w:fill="F0E8F7"/>
            <w:tcMar>
              <w:top w:w="90" w:type="dxa"/>
              <w:left w:w="140" w:type="dxa"/>
              <w:bottom w:w="90" w:type="dxa"/>
              <w:right w:w="140" w:type="dxa"/>
            </w:tcMar>
            <w:vAlign w:val="center"/>
          </w:tcPr>
          <w:p w14:paraId="4F0C483E" w14:textId="2E66EA13" w:rsidR="00375587" w:rsidRPr="00D66DAB" w:rsidRDefault="00375587">
            <w:pPr>
              <w:spacing w:after="0"/>
              <w:rPr>
                <w:rFonts w:ascii="Palatino Linotype" w:hAnsi="Palatino Linotype"/>
                <w:bCs/>
              </w:rPr>
            </w:pPr>
            <w:r w:rsidRPr="00D66DAB">
              <w:rPr>
                <w:rFonts w:ascii="Palatino Linotype" w:hAnsi="Palatino Linotype"/>
                <w:bCs/>
                <w:color w:val="5C1F8B"/>
                <w:sz w:val="18"/>
              </w:rPr>
              <w:t>After your Membership Engagement Manager introduces you to the new Leader.</w:t>
            </w:r>
          </w:p>
        </w:tc>
      </w:tr>
      <w:tr w:rsidR="00375587" w:rsidRPr="00D66DAB" w14:paraId="5A23F0CF" w14:textId="77777777" w:rsidTr="00D66DAB">
        <w:trPr>
          <w:jc w:val="center"/>
        </w:trPr>
        <w:tc>
          <w:tcPr>
            <w:tcW w:w="2070" w:type="dxa"/>
            <w:shd w:val="clear" w:color="auto" w:fill="F0E8F7"/>
            <w:vAlign w:val="center"/>
          </w:tcPr>
          <w:p w14:paraId="3EEB2C1D" w14:textId="68E6FF1D" w:rsidR="00375587" w:rsidRPr="00D66DAB" w:rsidRDefault="00375587">
            <w:pPr>
              <w:spacing w:after="0"/>
              <w:rPr>
                <w:rFonts w:ascii="Palatino Linotype" w:hAnsi="Palatino Linotype"/>
                <w:b/>
                <w:color w:val="5C1F8B"/>
                <w:sz w:val="18"/>
              </w:rPr>
            </w:pPr>
            <w:r w:rsidRPr="00D66DAB">
              <w:rPr>
                <w:rFonts w:ascii="Palatino Linotype" w:hAnsi="Palatino Linotype"/>
                <w:b/>
                <w:color w:val="5C1F8B"/>
                <w:sz w:val="18"/>
              </w:rPr>
              <w:t>BEFORE YOU SEND</w:t>
            </w:r>
          </w:p>
        </w:tc>
        <w:tc>
          <w:tcPr>
            <w:tcW w:w="7890" w:type="dxa"/>
            <w:shd w:val="clear" w:color="auto" w:fill="F0E8F7"/>
            <w:tcMar>
              <w:top w:w="90" w:type="dxa"/>
              <w:left w:w="140" w:type="dxa"/>
              <w:bottom w:w="90" w:type="dxa"/>
              <w:right w:w="140" w:type="dxa"/>
            </w:tcMar>
            <w:vAlign w:val="center"/>
          </w:tcPr>
          <w:p w14:paraId="5F083D49" w14:textId="4571E515" w:rsidR="00375587" w:rsidRPr="00D66DAB" w:rsidRDefault="00D66DAB">
            <w:pPr>
              <w:spacing w:after="0"/>
              <w:rPr>
                <w:rFonts w:ascii="Palatino Linotype" w:hAnsi="Palatino Linotype"/>
                <w:bCs/>
                <w:color w:val="5C1F8B"/>
                <w:sz w:val="18"/>
              </w:rPr>
            </w:pPr>
            <w:r w:rsidRPr="00D66DAB">
              <w:rPr>
                <w:rFonts w:ascii="Palatino Linotype" w:hAnsi="Palatino Linotype"/>
                <w:bCs/>
                <w:color w:val="5C1F8B"/>
                <w:sz w:val="18"/>
              </w:rPr>
              <w:t>Add your next Service Unit meeting date, time, and location or Zoom link, add the link to your Service Unit’s communication platform (e.g., Band or Facebook) and personalize the introduction with your name, troop grade level, and any other details you'd like to share.</w:t>
            </w:r>
          </w:p>
        </w:tc>
      </w:tr>
    </w:tbl>
    <w:p w14:paraId="1D37D009" w14:textId="77777777" w:rsidR="00375587" w:rsidRPr="00D66DAB" w:rsidRDefault="00375587">
      <w:pPr>
        <w:spacing w:before="100" w:after="60"/>
        <w:rPr>
          <w:rFonts w:ascii="Palatino Linotype" w:hAnsi="Palatino Linotype"/>
          <w:b/>
          <w:color w:val="5C1F8B"/>
          <w:sz w:val="22"/>
        </w:rPr>
      </w:pPr>
    </w:p>
    <w:p w14:paraId="6F405F76" w14:textId="402A9691" w:rsidR="00D7659A" w:rsidRPr="00D66DAB" w:rsidRDefault="00EA41A0">
      <w:pPr>
        <w:spacing w:before="100" w:after="60"/>
        <w:rPr>
          <w:rFonts w:ascii="Palatino Linotype" w:hAnsi="Palatino Linotype"/>
        </w:rPr>
      </w:pPr>
      <w:r w:rsidRPr="00D66DAB">
        <w:rPr>
          <w:rFonts w:ascii="Palatino Linotype" w:hAnsi="Palatino Linotype"/>
          <w:b/>
          <w:color w:val="5C1F8B"/>
          <w:sz w:val="22"/>
        </w:rPr>
        <w:t xml:space="preserve">Email </w:t>
      </w:r>
      <w:r w:rsidR="00235594" w:rsidRPr="00D66DAB">
        <w:rPr>
          <w:rFonts w:ascii="Palatino Linotype" w:hAnsi="Palatino Linotype"/>
          <w:b/>
          <w:color w:val="5C1F8B"/>
          <w:sz w:val="22"/>
        </w:rPr>
        <w:t>T</w:t>
      </w:r>
      <w:r w:rsidRPr="00D66DAB">
        <w:rPr>
          <w:rFonts w:ascii="Palatino Linotype" w:hAnsi="Palatino Linotype"/>
          <w:b/>
          <w:color w:val="5C1F8B"/>
          <w:sz w:val="22"/>
        </w:rPr>
        <w:t>emplate</w:t>
      </w:r>
    </w:p>
    <w:tbl>
      <w:tblPr>
        <w:tblW w:w="0" w:type="auto"/>
        <w:jc w:val="center"/>
        <w:tblLook w:val="04A0" w:firstRow="1" w:lastRow="0" w:firstColumn="1" w:lastColumn="0" w:noHBand="0" w:noVBand="1"/>
      </w:tblPr>
      <w:tblGrid>
        <w:gridCol w:w="10224"/>
      </w:tblGrid>
      <w:tr w:rsidR="00D7659A" w:rsidRPr="00D66DAB" w14:paraId="48A5BA42" w14:textId="77777777">
        <w:trPr>
          <w:jc w:val="center"/>
        </w:trPr>
        <w:tc>
          <w:tcPr>
            <w:tcW w:w="10224" w:type="dxa"/>
            <w:shd w:val="clear" w:color="auto" w:fill="FAF7FC"/>
            <w:tcMar>
              <w:top w:w="140" w:type="dxa"/>
              <w:left w:w="190" w:type="dxa"/>
              <w:bottom w:w="140" w:type="dxa"/>
              <w:right w:w="190" w:type="dxa"/>
            </w:tcMar>
            <w:vAlign w:val="center"/>
          </w:tcPr>
          <w:p w14:paraId="139B3299" w14:textId="4CE86D31" w:rsidR="00D7659A" w:rsidRPr="00D66DAB" w:rsidRDefault="00EA41A0">
            <w:pPr>
              <w:spacing w:after="100"/>
              <w:rPr>
                <w:rFonts w:ascii="Palatino Linotype" w:hAnsi="Palatino Linotype"/>
                <w:bCs/>
              </w:rPr>
            </w:pPr>
            <w:r w:rsidRPr="00D66DAB">
              <w:rPr>
                <w:rFonts w:ascii="Palatino Linotype" w:hAnsi="Palatino Linotype"/>
                <w:b/>
                <w:color w:val="5C1F8B"/>
              </w:rPr>
              <w:t>SUBJECT</w:t>
            </w:r>
            <w:r w:rsidRPr="00D66DAB">
              <w:rPr>
                <w:rFonts w:ascii="Palatino Linotype" w:hAnsi="Palatino Linotype"/>
                <w:bCs/>
                <w:color w:val="5C1F8B"/>
              </w:rPr>
              <w:t xml:space="preserve">: </w:t>
            </w:r>
            <w:r w:rsidRPr="00D66DAB">
              <w:rPr>
                <w:rFonts w:ascii="Palatino Linotype" w:hAnsi="Palatino Linotype"/>
                <w:b/>
                <w:color w:val="7030A0"/>
              </w:rPr>
              <w:t>Welcome to Girl Scouts</w:t>
            </w:r>
            <w:r w:rsidR="00235594" w:rsidRPr="00D66DAB">
              <w:rPr>
                <w:rFonts w:ascii="Palatino Linotype" w:hAnsi="Palatino Linotype"/>
                <w:b/>
                <w:color w:val="7030A0"/>
              </w:rPr>
              <w:t>- Let’s Get Connected!</w:t>
            </w:r>
          </w:p>
          <w:p w14:paraId="74CFF7DA" w14:textId="14BCA39A" w:rsidR="00235594" w:rsidRPr="00925D14" w:rsidRDefault="00235594" w:rsidP="00235594">
            <w:pPr>
              <w:rPr>
                <w:rFonts w:ascii="Palatino Linotype" w:hAnsi="Palatino Linotype"/>
                <w:bCs/>
                <w:color w:val="auto"/>
              </w:rPr>
            </w:pPr>
            <w:r w:rsidRPr="00925D14">
              <w:rPr>
                <w:rFonts w:ascii="Palatino Linotype" w:hAnsi="Palatino Linotype"/>
                <w:bCs/>
                <w:color w:val="auto"/>
              </w:rPr>
              <w:t>Welcome to Girl Scouts! My name is [Your Name], and I’m a fellow Girl Scout volunteer. I lead a [grade level] troop at [school], and I’m also your local New Leader Liaison. I’m excited to connect with you as you begin your journey as a Girl Scout Troop Leader!</w:t>
            </w:r>
          </w:p>
          <w:p w14:paraId="1219ED78" w14:textId="77777777" w:rsidR="00380045" w:rsidRPr="00925D14" w:rsidRDefault="00380045" w:rsidP="00380045">
            <w:pPr>
              <w:rPr>
                <w:rFonts w:ascii="Palatino Linotype" w:hAnsi="Palatino Linotype"/>
                <w:bCs/>
                <w:color w:val="auto"/>
              </w:rPr>
            </w:pPr>
            <w:r w:rsidRPr="00925D14">
              <w:rPr>
                <w:rFonts w:ascii="Palatino Linotype" w:hAnsi="Palatino Linotype"/>
                <w:bCs/>
                <w:color w:val="auto"/>
              </w:rPr>
              <w:t>I know there’s a lot to learn when you’re first getting started, but you don’t have to figure everything out on your own. I’m here as a fellow volunteer to help answer questions, share what I’ve learned, and help you feel connected and supported as you get your troop up and running.</w:t>
            </w:r>
          </w:p>
          <w:p w14:paraId="64EEEBAF" w14:textId="77777777" w:rsidR="00380045" w:rsidRPr="00925D14" w:rsidRDefault="00380045" w:rsidP="00380045">
            <w:pPr>
              <w:rPr>
                <w:rFonts w:ascii="Palatino Linotype" w:hAnsi="Palatino Linotype"/>
                <w:bCs/>
                <w:color w:val="auto"/>
              </w:rPr>
            </w:pPr>
          </w:p>
          <w:p w14:paraId="443B7C57" w14:textId="218E6E5A" w:rsidR="00235594" w:rsidRPr="00925D14" w:rsidRDefault="00235594" w:rsidP="00235594">
            <w:pPr>
              <w:rPr>
                <w:rFonts w:ascii="Palatino Linotype" w:hAnsi="Palatino Linotype"/>
                <w:b/>
                <w:color w:val="auto"/>
              </w:rPr>
            </w:pPr>
            <w:r w:rsidRPr="00925D14">
              <w:rPr>
                <w:rFonts w:ascii="Palatino Linotype" w:hAnsi="Palatino Linotype"/>
                <w:b/>
                <w:color w:val="auto"/>
              </w:rPr>
              <w:t>About Our Service Unit</w:t>
            </w:r>
          </w:p>
          <w:p w14:paraId="6F3229E4" w14:textId="16F50DC2" w:rsidR="00235594" w:rsidRPr="00925D14" w:rsidRDefault="00235594" w:rsidP="00235594">
            <w:pPr>
              <w:rPr>
                <w:rFonts w:ascii="Palatino Linotype" w:hAnsi="Palatino Linotype"/>
                <w:bCs/>
                <w:color w:val="auto"/>
              </w:rPr>
            </w:pPr>
            <w:r w:rsidRPr="00925D14">
              <w:rPr>
                <w:rFonts w:ascii="Palatino Linotype" w:hAnsi="Palatino Linotype"/>
                <w:bCs/>
                <w:color w:val="auto"/>
              </w:rPr>
              <w:t xml:space="preserve">A Service Unit is a local community of Girl Scout troops and volunteers and ours is called </w:t>
            </w:r>
            <w:r w:rsidR="00D66DAB" w:rsidRPr="00925D14">
              <w:rPr>
                <w:rFonts w:ascii="Palatino Linotype" w:hAnsi="Palatino Linotype"/>
                <w:bCs/>
                <w:color w:val="auto"/>
              </w:rPr>
              <w:t>[xxx</w:t>
            </w:r>
            <w:r w:rsidRPr="00925D14">
              <w:rPr>
                <w:rFonts w:ascii="Palatino Linotype" w:hAnsi="Palatino Linotype"/>
                <w:bCs/>
                <w:color w:val="auto"/>
              </w:rPr>
              <w:t xml:space="preserve">- </w:t>
            </w:r>
            <w:r w:rsidR="00D66DAB" w:rsidRPr="00925D14">
              <w:rPr>
                <w:rFonts w:ascii="Palatino Linotype" w:hAnsi="Palatino Linotype"/>
                <w:bCs/>
                <w:color w:val="auto"/>
              </w:rPr>
              <w:t>Name of SU]</w:t>
            </w:r>
            <w:r w:rsidRPr="00925D14">
              <w:rPr>
                <w:rFonts w:ascii="Palatino Linotype" w:hAnsi="Palatino Linotype"/>
                <w:bCs/>
                <w:color w:val="auto"/>
              </w:rPr>
              <w:t>. We meet once a month to share updates, hear about upcoming events and programs, ask questions, and connect with other Leaders. It’s a great opportunity to get ideas, learn from other volunteers, and build friendships with people who understand the Girl Scout experience.</w:t>
            </w:r>
          </w:p>
          <w:p w14:paraId="1AD831C7" w14:textId="40F12ACF" w:rsidR="00235594" w:rsidRPr="00925D14" w:rsidRDefault="00235594" w:rsidP="00235594">
            <w:pPr>
              <w:pStyle w:val="ListParagraph"/>
              <w:numPr>
                <w:ilvl w:val="0"/>
                <w:numId w:val="12"/>
              </w:numPr>
              <w:rPr>
                <w:rFonts w:ascii="Palatino Linotype" w:hAnsi="Palatino Linotype"/>
                <w:bCs/>
                <w:color w:val="auto"/>
              </w:rPr>
            </w:pPr>
            <w:r w:rsidRPr="00925D14">
              <w:rPr>
                <w:rFonts w:ascii="Palatino Linotype" w:hAnsi="Palatino Linotype"/>
                <w:b/>
                <w:bCs/>
                <w:color w:val="auto"/>
              </w:rPr>
              <w:t>Join Us at Our Service Unit Meeting:</w:t>
            </w:r>
            <w:r w:rsidRPr="00925D14">
              <w:rPr>
                <w:rFonts w:ascii="Palatino Linotype" w:hAnsi="Palatino Linotype"/>
                <w:bCs/>
                <w:color w:val="auto"/>
              </w:rPr>
              <w:t xml:space="preserve"> Our next meeting is [date, time, and location or Zoom link]. I’ll be there and would love to meet you, introduce you to other volunteers, and help you get connected!</w:t>
            </w:r>
            <w:r w:rsidRPr="00925D14">
              <w:rPr>
                <w:rFonts w:ascii="Palatino Linotype" w:hAnsi="Palatino Linotype"/>
                <w:bCs/>
                <w:color w:val="auto"/>
              </w:rPr>
              <w:br/>
            </w:r>
          </w:p>
          <w:p w14:paraId="5F9692C8" w14:textId="676ACD8B" w:rsidR="00235594" w:rsidRPr="00925D14" w:rsidRDefault="00235594" w:rsidP="00235594">
            <w:pPr>
              <w:pStyle w:val="ListParagraph"/>
              <w:numPr>
                <w:ilvl w:val="0"/>
                <w:numId w:val="12"/>
              </w:numPr>
              <w:rPr>
                <w:rFonts w:ascii="Palatino Linotype" w:hAnsi="Palatino Linotype"/>
                <w:bCs/>
                <w:color w:val="auto"/>
              </w:rPr>
            </w:pPr>
            <w:r w:rsidRPr="00925D14">
              <w:rPr>
                <w:rFonts w:ascii="Palatino Linotype" w:hAnsi="Palatino Linotype"/>
                <w:b/>
                <w:bCs/>
                <w:color w:val="auto"/>
              </w:rPr>
              <w:t>Join Our Service Unit Group:</w:t>
            </w:r>
            <w:r w:rsidRPr="00925D14">
              <w:rPr>
                <w:rFonts w:ascii="Palatino Linotype" w:hAnsi="Palatino Linotype"/>
                <w:bCs/>
                <w:color w:val="auto"/>
              </w:rPr>
              <w:t xml:space="preserve"> We also have a [Band/Facebook] group where volunteers share updates, ask questions, exchange ideas, and stay informed about local events and opportunities. [Insert link.]</w:t>
            </w:r>
          </w:p>
          <w:p w14:paraId="272C080E" w14:textId="4CB890C4" w:rsidR="00235594" w:rsidRPr="00925D14" w:rsidRDefault="00235594" w:rsidP="00235594">
            <w:pPr>
              <w:rPr>
                <w:rFonts w:ascii="Palatino Linotype" w:hAnsi="Palatino Linotype"/>
                <w:bCs/>
                <w:color w:val="auto"/>
              </w:rPr>
            </w:pPr>
            <w:r w:rsidRPr="00925D14">
              <w:rPr>
                <w:rFonts w:ascii="Palatino Linotype" w:hAnsi="Palatino Linotype"/>
                <w:bCs/>
                <w:color w:val="auto"/>
              </w:rPr>
              <w:t>As you get started, remember that you don’t need to know everything right away. There are plenty of people and resources to help you along the way, and I’m happy to be one of them!</w:t>
            </w:r>
          </w:p>
          <w:p w14:paraId="5F3DD96D" w14:textId="77777777" w:rsidR="00235594" w:rsidRPr="00925D14" w:rsidRDefault="00235594" w:rsidP="00235594">
            <w:pPr>
              <w:rPr>
                <w:rFonts w:ascii="Palatino Linotype" w:hAnsi="Palatino Linotype"/>
                <w:bCs/>
                <w:color w:val="auto"/>
              </w:rPr>
            </w:pPr>
            <w:r w:rsidRPr="00925D14">
              <w:rPr>
                <w:rFonts w:ascii="Palatino Linotype" w:hAnsi="Palatino Linotype"/>
                <w:bCs/>
                <w:color w:val="auto"/>
              </w:rPr>
              <w:t>Once you’ve completed your required onboarding training, I’ll connect you with our Service Unit Finance Coordinator to help you with the troop banking process.</w:t>
            </w:r>
          </w:p>
          <w:p w14:paraId="62CB0A5B" w14:textId="77777777" w:rsidR="00235594" w:rsidRPr="00925D14" w:rsidRDefault="00235594" w:rsidP="00235594">
            <w:pPr>
              <w:rPr>
                <w:rFonts w:ascii="Palatino Linotype" w:hAnsi="Palatino Linotype"/>
                <w:bCs/>
                <w:color w:val="auto"/>
              </w:rPr>
            </w:pPr>
            <w:r w:rsidRPr="00925D14">
              <w:rPr>
                <w:rFonts w:ascii="Palatino Linotype" w:hAnsi="Palatino Linotype"/>
                <w:bCs/>
                <w:color w:val="auto"/>
              </w:rPr>
              <w:t>I look forward to meeting you and supporting you as you begin this exciting new adventure!</w:t>
            </w:r>
          </w:p>
          <w:p w14:paraId="37B598ED" w14:textId="77777777" w:rsidR="00D7659A" w:rsidRPr="00925D14" w:rsidRDefault="00D7659A">
            <w:pPr>
              <w:rPr>
                <w:rFonts w:ascii="Palatino Linotype" w:hAnsi="Palatino Linotype"/>
                <w:bCs/>
                <w:color w:val="auto"/>
              </w:rPr>
            </w:pPr>
          </w:p>
          <w:p w14:paraId="0BD01441" w14:textId="1B0A2720" w:rsidR="00235594" w:rsidRPr="00D66DAB" w:rsidRDefault="00D66DAB">
            <w:pPr>
              <w:rPr>
                <w:rFonts w:ascii="Palatino Linotype" w:hAnsi="Palatino Linotype"/>
                <w:bCs/>
              </w:rPr>
            </w:pPr>
            <w:r w:rsidRPr="00925D14">
              <w:rPr>
                <w:rFonts w:ascii="Palatino Linotype" w:hAnsi="Palatino Linotype"/>
                <w:bCs/>
                <w:color w:val="auto"/>
              </w:rPr>
              <w:t>Thank you,</w:t>
            </w:r>
          </w:p>
        </w:tc>
      </w:tr>
    </w:tbl>
    <w:p w14:paraId="4A61F1D5" w14:textId="77777777" w:rsidR="00814FF6" w:rsidRDefault="00814FF6" w:rsidP="00D66DAB">
      <w:pPr>
        <w:spacing w:after="20"/>
        <w:rPr>
          <w:rFonts w:ascii="Palatino Linotype" w:hAnsi="Palatino Linotype"/>
          <w:b/>
          <w:color w:val="5C1F8B"/>
          <w:sz w:val="16"/>
        </w:rPr>
      </w:pPr>
    </w:p>
    <w:p w14:paraId="574C288F" w14:textId="77777777" w:rsidR="00434C10" w:rsidRDefault="00434C10" w:rsidP="00D66DAB">
      <w:pPr>
        <w:spacing w:after="20"/>
        <w:rPr>
          <w:rFonts w:ascii="Palatino Linotype" w:hAnsi="Palatino Linotype"/>
          <w:b/>
          <w:color w:val="5C1F8B"/>
          <w:sz w:val="16"/>
        </w:rPr>
      </w:pPr>
    </w:p>
    <w:p w14:paraId="289C1425" w14:textId="77777777" w:rsidR="00434C10" w:rsidRDefault="00434C10" w:rsidP="00D66DAB">
      <w:pPr>
        <w:spacing w:after="20"/>
        <w:rPr>
          <w:rFonts w:ascii="Palatino Linotype" w:hAnsi="Palatino Linotype"/>
          <w:b/>
          <w:color w:val="5C1F8B"/>
          <w:sz w:val="16"/>
        </w:rPr>
      </w:pPr>
    </w:p>
    <w:p w14:paraId="3170AABB" w14:textId="77777777" w:rsidR="00434C10" w:rsidRDefault="00434C10" w:rsidP="00D66DAB">
      <w:pPr>
        <w:spacing w:after="20"/>
        <w:rPr>
          <w:rFonts w:ascii="Palatino Linotype" w:hAnsi="Palatino Linotype"/>
          <w:b/>
          <w:color w:val="5C1F8B"/>
          <w:sz w:val="16"/>
        </w:rPr>
      </w:pPr>
    </w:p>
    <w:p w14:paraId="5DE4484F" w14:textId="77777777" w:rsidR="00434C10" w:rsidRDefault="00434C10" w:rsidP="00D66DAB">
      <w:pPr>
        <w:spacing w:after="20"/>
        <w:rPr>
          <w:rFonts w:ascii="Palatino Linotype" w:hAnsi="Palatino Linotype"/>
          <w:b/>
          <w:color w:val="5C1F8B"/>
          <w:sz w:val="16"/>
        </w:rPr>
      </w:pPr>
    </w:p>
    <w:p w14:paraId="4BEC5FA0" w14:textId="4A5299D4" w:rsidR="00D66DAB" w:rsidRPr="00D66DAB" w:rsidRDefault="00D66DAB" w:rsidP="00D66DAB">
      <w:pPr>
        <w:spacing w:after="20"/>
        <w:rPr>
          <w:rFonts w:ascii="Palatino Linotype" w:hAnsi="Palatino Linotype"/>
        </w:rPr>
      </w:pPr>
      <w:r w:rsidRPr="00D66DAB">
        <w:rPr>
          <w:rFonts w:ascii="Palatino Linotype" w:hAnsi="Palatino Linotype"/>
          <w:b/>
          <w:color w:val="5C1F8B"/>
          <w:sz w:val="16"/>
        </w:rPr>
        <w:t>VOLUNTEER RESOURCE • ONBOARDING EMAIL TEMPLATE</w:t>
      </w:r>
      <w:r>
        <w:rPr>
          <w:rFonts w:ascii="Palatino Linotype" w:hAnsi="Palatino Linotype"/>
          <w:b/>
          <w:color w:val="5C1F8B"/>
          <w:sz w:val="16"/>
        </w:rPr>
        <w:t>S</w:t>
      </w:r>
    </w:p>
    <w:p w14:paraId="461D6892" w14:textId="0DCC2E55" w:rsidR="00D66DAB" w:rsidRPr="00D66DAB" w:rsidRDefault="00D66DAB" w:rsidP="00D66DAB">
      <w:pPr>
        <w:spacing w:after="40"/>
        <w:rPr>
          <w:rFonts w:ascii="Palatino Linotype" w:hAnsi="Palatino Linotype"/>
          <w:color w:val="auto"/>
        </w:rPr>
      </w:pPr>
      <w:r>
        <w:rPr>
          <w:rFonts w:ascii="Palatino Linotype" w:hAnsi="Palatino Linotype"/>
          <w:b/>
          <w:color w:val="auto"/>
          <w:sz w:val="44"/>
        </w:rPr>
        <w:t>Check-In</w:t>
      </w:r>
      <w:r w:rsidRPr="00D66DAB">
        <w:rPr>
          <w:rFonts w:ascii="Palatino Linotype" w:hAnsi="Palatino Linotype"/>
          <w:b/>
          <w:color w:val="auto"/>
          <w:sz w:val="44"/>
        </w:rPr>
        <w:t xml:space="preserve"> Email</w:t>
      </w:r>
    </w:p>
    <w:p w14:paraId="71419502" w14:textId="6CDD3A55" w:rsidR="00D66DAB" w:rsidRPr="00D66DAB" w:rsidRDefault="00D66DAB" w:rsidP="00D66DAB">
      <w:pPr>
        <w:spacing w:after="160"/>
        <w:rPr>
          <w:rFonts w:ascii="Palatino Linotype" w:hAnsi="Palatino Linotype"/>
          <w:color w:val="auto"/>
          <w:sz w:val="20"/>
        </w:rPr>
      </w:pPr>
      <w:r w:rsidRPr="00D66DAB">
        <w:rPr>
          <w:rFonts w:ascii="Palatino Linotype" w:hAnsi="Palatino Linotype"/>
          <w:color w:val="auto"/>
          <w:sz w:val="20"/>
        </w:rPr>
        <w:t xml:space="preserve">Use this template to </w:t>
      </w:r>
      <w:r w:rsidR="00DD4C03">
        <w:rPr>
          <w:rFonts w:ascii="Palatino Linotype" w:hAnsi="Palatino Linotype"/>
          <w:color w:val="auto"/>
          <w:sz w:val="20"/>
        </w:rPr>
        <w:t xml:space="preserve">follow up with new Leaders, check in on their </w:t>
      </w:r>
      <w:proofErr w:type="gramStart"/>
      <w:r w:rsidR="00DD4C03">
        <w:rPr>
          <w:rFonts w:ascii="Palatino Linotype" w:hAnsi="Palatino Linotype"/>
          <w:color w:val="auto"/>
          <w:sz w:val="20"/>
        </w:rPr>
        <w:t>onboarding</w:t>
      </w:r>
      <w:proofErr w:type="gramEnd"/>
      <w:r w:rsidR="00DD4C03">
        <w:rPr>
          <w:rFonts w:ascii="Palatino Linotype" w:hAnsi="Palatino Linotype"/>
          <w:color w:val="auto"/>
          <w:sz w:val="20"/>
        </w:rPr>
        <w:t xml:space="preserve"> training progress and offer support as they get started.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890"/>
      </w:tblGrid>
      <w:tr w:rsidR="00D66DAB" w:rsidRPr="00D66DAB" w14:paraId="444B6324" w14:textId="77777777" w:rsidTr="377075E0">
        <w:trPr>
          <w:jc w:val="center"/>
        </w:trPr>
        <w:tc>
          <w:tcPr>
            <w:tcW w:w="2070" w:type="dxa"/>
            <w:shd w:val="clear" w:color="auto" w:fill="F0E8F7"/>
            <w:vAlign w:val="center"/>
          </w:tcPr>
          <w:p w14:paraId="7BFE641C" w14:textId="77777777" w:rsidR="00D66DAB" w:rsidRPr="00D66DAB" w:rsidRDefault="00D66DAB" w:rsidP="00BB0C52">
            <w:pPr>
              <w:spacing w:after="0"/>
              <w:rPr>
                <w:rFonts w:ascii="Palatino Linotype" w:hAnsi="Palatino Linotype"/>
                <w:b/>
                <w:color w:val="5C1F8B"/>
                <w:sz w:val="18"/>
              </w:rPr>
            </w:pPr>
            <w:r w:rsidRPr="00D66DAB">
              <w:rPr>
                <w:rFonts w:ascii="Palatino Linotype" w:hAnsi="Palatino Linotype"/>
                <w:b/>
                <w:color w:val="5C1F8B"/>
                <w:sz w:val="18"/>
              </w:rPr>
              <w:t>WHEN TO SEND</w:t>
            </w:r>
          </w:p>
        </w:tc>
        <w:tc>
          <w:tcPr>
            <w:tcW w:w="7890" w:type="dxa"/>
            <w:shd w:val="clear" w:color="auto" w:fill="F0E8F7"/>
            <w:tcMar>
              <w:top w:w="90" w:type="dxa"/>
              <w:left w:w="140" w:type="dxa"/>
              <w:bottom w:w="90" w:type="dxa"/>
              <w:right w:w="140" w:type="dxa"/>
            </w:tcMar>
            <w:vAlign w:val="center"/>
          </w:tcPr>
          <w:p w14:paraId="69538613" w14:textId="2AC9CCE4" w:rsidR="00D66DAB" w:rsidRPr="00D66DAB" w:rsidRDefault="00DD4C03" w:rsidP="00BB0C52">
            <w:pPr>
              <w:spacing w:after="0"/>
              <w:rPr>
                <w:rFonts w:ascii="Palatino Linotype" w:hAnsi="Palatino Linotype"/>
                <w:bCs/>
              </w:rPr>
            </w:pPr>
            <w:r w:rsidRPr="00DD4C03">
              <w:rPr>
                <w:rFonts w:ascii="Palatino Linotype" w:hAnsi="Palatino Linotype"/>
                <w:bCs/>
                <w:color w:val="5C1F8B"/>
                <w:sz w:val="18"/>
              </w:rPr>
              <w:t xml:space="preserve">Approximately 2–3 weeks after your initial </w:t>
            </w:r>
            <w:r>
              <w:rPr>
                <w:rFonts w:ascii="Palatino Linotype" w:hAnsi="Palatino Linotype"/>
                <w:bCs/>
                <w:color w:val="5C1F8B"/>
                <w:sz w:val="18"/>
              </w:rPr>
              <w:t>W</w:t>
            </w:r>
            <w:r w:rsidRPr="00DD4C03">
              <w:rPr>
                <w:rFonts w:ascii="Palatino Linotype" w:hAnsi="Palatino Linotype"/>
                <w:bCs/>
                <w:color w:val="5C1F8B"/>
                <w:sz w:val="18"/>
              </w:rPr>
              <w:t xml:space="preserve">elcome </w:t>
            </w:r>
            <w:r>
              <w:rPr>
                <w:rFonts w:ascii="Palatino Linotype" w:hAnsi="Palatino Linotype"/>
                <w:bCs/>
                <w:color w:val="5C1F8B"/>
                <w:sz w:val="18"/>
              </w:rPr>
              <w:t>E</w:t>
            </w:r>
            <w:r w:rsidRPr="00DD4C03">
              <w:rPr>
                <w:rFonts w:ascii="Palatino Linotype" w:hAnsi="Palatino Linotype"/>
                <w:bCs/>
                <w:color w:val="5C1F8B"/>
                <w:sz w:val="18"/>
              </w:rPr>
              <w:t>mail.</w:t>
            </w:r>
          </w:p>
        </w:tc>
      </w:tr>
      <w:tr w:rsidR="00D66DAB" w:rsidRPr="00D66DAB" w14:paraId="1D5E95CD" w14:textId="77777777" w:rsidTr="377075E0">
        <w:trPr>
          <w:jc w:val="center"/>
        </w:trPr>
        <w:tc>
          <w:tcPr>
            <w:tcW w:w="2070" w:type="dxa"/>
            <w:shd w:val="clear" w:color="auto" w:fill="F0E8F7"/>
            <w:vAlign w:val="center"/>
          </w:tcPr>
          <w:p w14:paraId="1B27268F" w14:textId="77777777" w:rsidR="00D66DAB" w:rsidRPr="00D66DAB" w:rsidRDefault="00D66DAB" w:rsidP="00BB0C52">
            <w:pPr>
              <w:spacing w:after="0"/>
              <w:rPr>
                <w:rFonts w:ascii="Palatino Linotype" w:hAnsi="Palatino Linotype"/>
                <w:b/>
                <w:color w:val="5C1F8B"/>
                <w:sz w:val="18"/>
              </w:rPr>
            </w:pPr>
            <w:r w:rsidRPr="00D66DAB">
              <w:rPr>
                <w:rFonts w:ascii="Palatino Linotype" w:hAnsi="Palatino Linotype"/>
                <w:b/>
                <w:color w:val="5C1F8B"/>
                <w:sz w:val="18"/>
              </w:rPr>
              <w:t>BEFORE YOU SEND</w:t>
            </w:r>
          </w:p>
        </w:tc>
        <w:tc>
          <w:tcPr>
            <w:tcW w:w="7890" w:type="dxa"/>
            <w:shd w:val="clear" w:color="auto" w:fill="F0E8F7"/>
            <w:tcMar>
              <w:top w:w="90" w:type="dxa"/>
              <w:left w:w="140" w:type="dxa"/>
              <w:bottom w:w="90" w:type="dxa"/>
              <w:right w:w="140" w:type="dxa"/>
            </w:tcMar>
            <w:vAlign w:val="center"/>
          </w:tcPr>
          <w:p w14:paraId="47FF048E" w14:textId="4823E317" w:rsidR="00D66DAB" w:rsidRPr="00D66DAB" w:rsidRDefault="00DD4C03" w:rsidP="377075E0">
            <w:pPr>
              <w:spacing w:after="0"/>
              <w:rPr>
                <w:rFonts w:ascii="Palatino Linotype" w:hAnsi="Palatino Linotype"/>
                <w:color w:val="5C1F8B"/>
                <w:sz w:val="18"/>
                <w:szCs w:val="18"/>
              </w:rPr>
            </w:pPr>
            <w:r w:rsidRPr="377075E0">
              <w:rPr>
                <w:rFonts w:ascii="Palatino Linotype" w:hAnsi="Palatino Linotype"/>
                <w:color w:val="5C1F8B"/>
                <w:sz w:val="18"/>
                <w:szCs w:val="18"/>
              </w:rPr>
              <w:t>Check the Leader’s training progress using the gsLearn Summary report i</w:t>
            </w:r>
            <w:r w:rsidRPr="377075E0">
              <w:rPr>
                <w:rFonts w:ascii="Palatino Linotype" w:eastAsia="Palatino Linotype" w:hAnsi="Palatino Linotype" w:cs="Palatino Linotype"/>
                <w:color w:val="5C1F8B"/>
                <w:sz w:val="18"/>
                <w:szCs w:val="18"/>
              </w:rPr>
              <w:t xml:space="preserve">n </w:t>
            </w:r>
            <w:hyperlink r:id="rId11">
              <w:r w:rsidRPr="377075E0">
                <w:rPr>
                  <w:rStyle w:val="Hyperlink"/>
                  <w:rFonts w:ascii="Palatino Linotype" w:eastAsia="Palatino Linotype" w:hAnsi="Palatino Linotype" w:cs="Palatino Linotype"/>
                </w:rPr>
                <w:t>Looker</w:t>
              </w:r>
            </w:hyperlink>
            <w:r w:rsidRPr="377075E0">
              <w:rPr>
                <w:rFonts w:ascii="Palatino Linotype" w:eastAsia="Palatino Linotype" w:hAnsi="Palatino Linotype" w:cs="Palatino Linotype"/>
                <w:color w:val="5C1F8B"/>
                <w:sz w:val="18"/>
                <w:szCs w:val="18"/>
              </w:rPr>
              <w:t>. List any incomplete courses in the email, and add links to helpful resources, such as th</w:t>
            </w:r>
            <w:r w:rsidRPr="377075E0">
              <w:rPr>
                <w:rFonts w:ascii="Palatino Linotype" w:hAnsi="Palatino Linotype"/>
                <w:color w:val="5C1F8B"/>
                <w:sz w:val="18"/>
                <w:szCs w:val="18"/>
              </w:rPr>
              <w:t>e Troop Year Plan. Personalize your message based on the Leader’s progress.</w:t>
            </w:r>
          </w:p>
        </w:tc>
      </w:tr>
    </w:tbl>
    <w:p w14:paraId="50A5A79F" w14:textId="164EBFDF" w:rsidR="00D66DAB" w:rsidRPr="00DD4C03" w:rsidRDefault="00DD4C03" w:rsidP="05AB819A">
      <w:pPr>
        <w:spacing w:before="100" w:after="60" w:line="240" w:lineRule="auto"/>
        <w:ind w:left="720"/>
        <w:contextualSpacing/>
        <w:rPr>
          <w:rFonts w:ascii="Palatino Linotype" w:hAnsi="Palatino Linotype"/>
          <w:color w:val="5C1F8B"/>
          <w:sz w:val="18"/>
          <w:szCs w:val="18"/>
        </w:rPr>
      </w:pPr>
      <w:r w:rsidRPr="377075E0">
        <w:rPr>
          <w:rFonts w:ascii="Palatino Linotype" w:hAnsi="Palatino Linotype"/>
          <w:color w:val="5C1F8B"/>
          <w:sz w:val="18"/>
          <w:szCs w:val="18"/>
        </w:rPr>
        <w:t xml:space="preserve">Reminder: If the Leader has completed all required training, use the </w:t>
      </w:r>
      <w:r w:rsidR="0B061444" w:rsidRPr="377075E0">
        <w:rPr>
          <w:rFonts w:ascii="Palatino Linotype" w:hAnsi="Palatino Linotype"/>
          <w:color w:val="5C1F8B"/>
          <w:sz w:val="18"/>
          <w:szCs w:val="18"/>
        </w:rPr>
        <w:t>Han</w:t>
      </w:r>
      <w:r w:rsidRPr="377075E0">
        <w:rPr>
          <w:rFonts w:ascii="Palatino Linotype" w:hAnsi="Palatino Linotype"/>
          <w:color w:val="5C1F8B"/>
          <w:sz w:val="18"/>
          <w:szCs w:val="18"/>
        </w:rPr>
        <w:t>d</w:t>
      </w:r>
      <w:r w:rsidR="70674C41" w:rsidRPr="377075E0">
        <w:rPr>
          <w:rFonts w:ascii="Palatino Linotype" w:hAnsi="Palatino Linotype"/>
          <w:color w:val="5C1F8B"/>
          <w:sz w:val="18"/>
          <w:szCs w:val="18"/>
        </w:rPr>
        <w:t xml:space="preserve">off to Finance </w:t>
      </w:r>
      <w:r w:rsidR="3595B432" w:rsidRPr="377075E0">
        <w:rPr>
          <w:rFonts w:ascii="Palatino Linotype" w:hAnsi="Palatino Linotype"/>
          <w:color w:val="5C1F8B"/>
          <w:sz w:val="18"/>
          <w:szCs w:val="18"/>
        </w:rPr>
        <w:t>Coordinator template to move them to the final step of onboarding</w:t>
      </w:r>
      <w:r w:rsidRPr="377075E0">
        <w:rPr>
          <w:rFonts w:ascii="Palatino Linotype" w:hAnsi="Palatino Linotype"/>
          <w:color w:val="5C1F8B"/>
          <w:sz w:val="18"/>
          <w:szCs w:val="18"/>
        </w:rPr>
        <w:t>.</w:t>
      </w:r>
    </w:p>
    <w:p w14:paraId="7E41E81F" w14:textId="77777777" w:rsidR="00DD4C03" w:rsidRPr="00DD4C03" w:rsidRDefault="00DD4C03" w:rsidP="00DD4C03">
      <w:pPr>
        <w:spacing w:before="100" w:after="60" w:line="240" w:lineRule="auto"/>
        <w:ind w:left="720"/>
        <w:contextualSpacing/>
        <w:rPr>
          <w:rFonts w:ascii="Palatino Linotype" w:hAnsi="Palatino Linotype"/>
          <w:bCs/>
          <w:color w:val="5C1F8B"/>
          <w:sz w:val="22"/>
        </w:rPr>
      </w:pPr>
    </w:p>
    <w:p w14:paraId="7E1C69E8" w14:textId="77777777" w:rsidR="00D66DAB" w:rsidRPr="00D66DAB" w:rsidRDefault="00D66DAB" w:rsidP="00D66DAB">
      <w:pPr>
        <w:spacing w:before="100" w:after="60"/>
        <w:rPr>
          <w:rFonts w:ascii="Palatino Linotype" w:hAnsi="Palatino Linotype"/>
        </w:rPr>
      </w:pPr>
      <w:r w:rsidRPr="00D66DAB">
        <w:rPr>
          <w:rFonts w:ascii="Palatino Linotype" w:hAnsi="Palatino Linotype"/>
          <w:b/>
          <w:color w:val="5C1F8B"/>
          <w:sz w:val="22"/>
        </w:rPr>
        <w:t>Email Template</w:t>
      </w:r>
    </w:p>
    <w:tbl>
      <w:tblPr>
        <w:tblW w:w="0" w:type="auto"/>
        <w:jc w:val="center"/>
        <w:tblLook w:val="04A0" w:firstRow="1" w:lastRow="0" w:firstColumn="1" w:lastColumn="0" w:noHBand="0" w:noVBand="1"/>
      </w:tblPr>
      <w:tblGrid>
        <w:gridCol w:w="10224"/>
      </w:tblGrid>
      <w:tr w:rsidR="00D66DAB" w:rsidRPr="00D66DAB" w14:paraId="7D5838A3" w14:textId="77777777" w:rsidTr="00BB0C52">
        <w:trPr>
          <w:jc w:val="center"/>
        </w:trPr>
        <w:tc>
          <w:tcPr>
            <w:tcW w:w="10224" w:type="dxa"/>
            <w:shd w:val="clear" w:color="auto" w:fill="FAF7FC"/>
            <w:tcMar>
              <w:top w:w="140" w:type="dxa"/>
              <w:left w:w="190" w:type="dxa"/>
              <w:bottom w:w="140" w:type="dxa"/>
              <w:right w:w="190" w:type="dxa"/>
            </w:tcMar>
            <w:vAlign w:val="center"/>
          </w:tcPr>
          <w:p w14:paraId="2317DFBF" w14:textId="77777777" w:rsidR="00D66DAB" w:rsidRPr="00D66DAB" w:rsidRDefault="00D66DAB" w:rsidP="00BB0C52">
            <w:pPr>
              <w:spacing w:after="100"/>
              <w:rPr>
                <w:rFonts w:ascii="Palatino Linotype" w:hAnsi="Palatino Linotype"/>
                <w:bCs/>
              </w:rPr>
            </w:pPr>
            <w:r w:rsidRPr="00D66DAB">
              <w:rPr>
                <w:rFonts w:ascii="Palatino Linotype" w:hAnsi="Palatino Linotype"/>
                <w:b/>
                <w:color w:val="5C1F8B"/>
              </w:rPr>
              <w:t>SUBJECT</w:t>
            </w:r>
            <w:r w:rsidRPr="00D66DAB">
              <w:rPr>
                <w:rFonts w:ascii="Palatino Linotype" w:hAnsi="Palatino Linotype"/>
                <w:bCs/>
                <w:color w:val="5C1F8B"/>
              </w:rPr>
              <w:t xml:space="preserve">: </w:t>
            </w:r>
            <w:r w:rsidRPr="00D66DAB">
              <w:rPr>
                <w:rFonts w:ascii="Palatino Linotype" w:hAnsi="Palatino Linotype"/>
                <w:b/>
                <w:color w:val="7030A0"/>
              </w:rPr>
              <w:t>Welcome to Girl Scouts- Let’s Get Connected!</w:t>
            </w:r>
          </w:p>
          <w:p w14:paraId="5D9B728C" w14:textId="77777777" w:rsidR="00DD4C03" w:rsidRPr="00925D14" w:rsidRDefault="00DD4C03" w:rsidP="00DD4C03">
            <w:pPr>
              <w:rPr>
                <w:rFonts w:ascii="Palatino Linotype" w:hAnsi="Palatino Linotype"/>
                <w:bCs/>
                <w:color w:val="auto"/>
              </w:rPr>
            </w:pPr>
            <w:r w:rsidRPr="00925D14">
              <w:rPr>
                <w:rFonts w:ascii="Palatino Linotype" w:hAnsi="Palatino Linotype"/>
                <w:bCs/>
                <w:color w:val="auto"/>
              </w:rPr>
              <w:t>Hi [Leader],</w:t>
            </w:r>
          </w:p>
          <w:p w14:paraId="78CA473B" w14:textId="3E7D07A7" w:rsidR="00DD4C03" w:rsidRPr="00925D14" w:rsidRDefault="00DD4C03" w:rsidP="00DD4C03">
            <w:pPr>
              <w:rPr>
                <w:rFonts w:ascii="Palatino Linotype" w:hAnsi="Palatino Linotype"/>
                <w:bCs/>
                <w:color w:val="auto"/>
              </w:rPr>
            </w:pPr>
            <w:r w:rsidRPr="00925D14">
              <w:rPr>
                <w:rFonts w:ascii="Palatino Linotype" w:hAnsi="Palatino Linotype"/>
                <w:bCs/>
                <w:color w:val="auto"/>
              </w:rPr>
              <w:t>I wanted to check in and see how things are going as you get started with your troop! I hope you’re feeling excited about the journey ahead.</w:t>
            </w:r>
          </w:p>
          <w:p w14:paraId="67D9EB3E" w14:textId="4B3259A5" w:rsidR="00DD4C03" w:rsidRPr="00925D14" w:rsidRDefault="00DD4C03" w:rsidP="00DD4C03">
            <w:pPr>
              <w:rPr>
                <w:rFonts w:ascii="Palatino Linotype" w:hAnsi="Palatino Linotype"/>
                <w:bCs/>
                <w:color w:val="auto"/>
              </w:rPr>
            </w:pPr>
            <w:r w:rsidRPr="00925D14">
              <w:rPr>
                <w:rFonts w:ascii="Palatino Linotype" w:hAnsi="Palatino Linotype"/>
                <w:bCs/>
                <w:color w:val="auto"/>
              </w:rPr>
              <w:t xml:space="preserve">I checked your onboarding training progress in </w:t>
            </w:r>
            <w:proofErr w:type="spellStart"/>
            <w:r w:rsidRPr="00925D14">
              <w:rPr>
                <w:rFonts w:ascii="Palatino Linotype" w:hAnsi="Palatino Linotype"/>
                <w:bCs/>
                <w:color w:val="auto"/>
              </w:rPr>
              <w:t>gsLearn</w:t>
            </w:r>
            <w:proofErr w:type="spellEnd"/>
            <w:r w:rsidRPr="00925D14">
              <w:rPr>
                <w:rFonts w:ascii="Palatino Linotype" w:hAnsi="Palatino Linotype"/>
                <w:bCs/>
                <w:color w:val="auto"/>
              </w:rPr>
              <w:t xml:space="preserve"> and noticed you still have a few courses to complete. You can find your required courses in the </w:t>
            </w:r>
            <w:r w:rsidRPr="00925D14">
              <w:rPr>
                <w:rFonts w:ascii="Palatino Linotype" w:hAnsi="Palatino Linotype"/>
                <w:color w:val="auto"/>
              </w:rPr>
              <w:t xml:space="preserve">New Leader </w:t>
            </w:r>
            <w:r w:rsidR="00B21A89" w:rsidRPr="00925D14">
              <w:rPr>
                <w:rFonts w:ascii="Palatino Linotype" w:hAnsi="Palatino Linotype"/>
                <w:color w:val="auto"/>
              </w:rPr>
              <w:t xml:space="preserve">Foundations </w:t>
            </w:r>
            <w:r w:rsidRPr="00925D14">
              <w:rPr>
                <w:rFonts w:ascii="Palatino Linotype" w:hAnsi="Palatino Linotype"/>
                <w:color w:val="auto"/>
              </w:rPr>
              <w:t xml:space="preserve">pathway in </w:t>
            </w:r>
            <w:proofErr w:type="spellStart"/>
            <w:proofErr w:type="gramStart"/>
            <w:r w:rsidRPr="00925D14">
              <w:rPr>
                <w:rFonts w:ascii="Palatino Linotype" w:hAnsi="Palatino Linotype"/>
                <w:color w:val="auto"/>
              </w:rPr>
              <w:t>gsLearn</w:t>
            </w:r>
            <w:proofErr w:type="spellEnd"/>
            <w:r w:rsidRPr="00925D14">
              <w:rPr>
                <w:rFonts w:ascii="Palatino Linotype" w:hAnsi="Palatino Linotype"/>
                <w:bCs/>
                <w:color w:val="auto"/>
              </w:rPr>
              <w:t>, or</w:t>
            </w:r>
            <w:proofErr w:type="gramEnd"/>
            <w:r w:rsidRPr="00925D14">
              <w:rPr>
                <w:rFonts w:ascii="Palatino Linotype" w:hAnsi="Palatino Linotype"/>
                <w:bCs/>
                <w:color w:val="auto"/>
              </w:rPr>
              <w:t xml:space="preserve"> log in to </w:t>
            </w:r>
            <w:hyperlink r:id="rId12" w:history="1">
              <w:proofErr w:type="spellStart"/>
              <w:r w:rsidRPr="00925D14">
                <w:rPr>
                  <w:rStyle w:val="Hyperlink"/>
                  <w:rFonts w:ascii="Palatino Linotype" w:hAnsi="Palatino Linotype"/>
                  <w:bCs/>
                  <w:color w:val="auto"/>
                </w:rPr>
                <w:t>gsLearn</w:t>
              </w:r>
              <w:proofErr w:type="spellEnd"/>
            </w:hyperlink>
            <w:r w:rsidRPr="00925D14">
              <w:rPr>
                <w:rFonts w:ascii="Palatino Linotype" w:hAnsi="Palatino Linotype"/>
                <w:bCs/>
                <w:color w:val="auto"/>
              </w:rPr>
              <w:t xml:space="preserve"> and use the direct links below to pick up where you left off.</w:t>
            </w:r>
            <w:r w:rsidR="00B21A89" w:rsidRPr="00925D14">
              <w:rPr>
                <w:rFonts w:ascii="Palatino Linotype" w:hAnsi="Palatino Linotype"/>
                <w:bCs/>
                <w:color w:val="auto"/>
              </w:rPr>
              <w:t xml:space="preserve"> </w:t>
            </w:r>
          </w:p>
          <w:p w14:paraId="270E32C1" w14:textId="77777777" w:rsidR="00DD4C03" w:rsidRPr="00925D14" w:rsidRDefault="00DD4C03" w:rsidP="00DD4C03">
            <w:pPr>
              <w:rPr>
                <w:rFonts w:ascii="Palatino Linotype" w:hAnsi="Palatino Linotype"/>
                <w:bCs/>
                <w:i/>
                <w:iCs/>
                <w:color w:val="auto"/>
              </w:rPr>
            </w:pPr>
            <w:r w:rsidRPr="00925D14">
              <w:rPr>
                <w:rFonts w:ascii="Palatino Linotype" w:hAnsi="Palatino Linotype"/>
                <w:bCs/>
                <w:i/>
                <w:iCs/>
                <w:color w:val="auto"/>
              </w:rPr>
              <w:t xml:space="preserve">[Remove any courses already completed and keep outstanding] </w:t>
            </w:r>
          </w:p>
          <w:p w14:paraId="58FD4452" w14:textId="36395AC3" w:rsidR="00DD4C03" w:rsidRPr="00925D14" w:rsidRDefault="00DD4C03" w:rsidP="00DD4C03">
            <w:pPr>
              <w:pStyle w:val="ListParagraph"/>
              <w:numPr>
                <w:ilvl w:val="0"/>
                <w:numId w:val="20"/>
              </w:numPr>
              <w:rPr>
                <w:rFonts w:ascii="Palatino Linotype" w:hAnsi="Palatino Linotype"/>
                <w:bCs/>
                <w:color w:val="auto"/>
              </w:rPr>
            </w:pPr>
            <w:hyperlink r:id="rId13" w:history="1">
              <w:r w:rsidRPr="00925D14">
                <w:rPr>
                  <w:rStyle w:val="Hyperlink"/>
                  <w:rFonts w:ascii="Palatino Linotype" w:hAnsi="Palatino Linotype"/>
                  <w:b/>
                  <w:bCs/>
                  <w:color w:val="auto"/>
                </w:rPr>
                <w:t>The Girl Scout Leadership Experience </w:t>
              </w:r>
            </w:hyperlink>
            <w:r w:rsidRPr="00925D14">
              <w:rPr>
                <w:rFonts w:ascii="Palatino Linotype" w:hAnsi="Palatino Linotype"/>
                <w:b/>
                <w:bCs/>
                <w:i/>
                <w:iCs/>
                <w:color w:val="auto"/>
              </w:rPr>
              <w:t>(20 minutes)</w:t>
            </w:r>
            <w:r w:rsidRPr="00925D14">
              <w:rPr>
                <w:rFonts w:ascii="Palatino Linotype" w:hAnsi="Palatino Linotype"/>
                <w:b/>
                <w:bCs/>
                <w:color w:val="auto"/>
              </w:rPr>
              <w:t xml:space="preserve">: </w:t>
            </w:r>
            <w:r w:rsidRPr="00925D14">
              <w:rPr>
                <w:rFonts w:ascii="Palatino Linotype" w:hAnsi="Palatino Linotype"/>
                <w:bCs/>
                <w:color w:val="auto"/>
              </w:rPr>
              <w:t>An overview of what Girl Scouts is all about and how the program works. You’ll learn how Girl Scout activities are designed to help girls grow skills like confidence, teamwork, and leadership—and how to support that growth in simple, age-appropriate ways.</w:t>
            </w:r>
          </w:p>
          <w:p w14:paraId="0732DCBA" w14:textId="4C52227A" w:rsidR="00DD4C03" w:rsidRPr="00925D14" w:rsidRDefault="00DD4C03" w:rsidP="00DD4C03">
            <w:pPr>
              <w:pStyle w:val="ListParagraph"/>
              <w:rPr>
                <w:rFonts w:ascii="Palatino Linotype" w:hAnsi="Palatino Linotype"/>
                <w:bCs/>
                <w:color w:val="auto"/>
              </w:rPr>
            </w:pPr>
          </w:p>
          <w:p w14:paraId="454A845E" w14:textId="2036BBC6" w:rsidR="00DD4C03" w:rsidRPr="00925D14" w:rsidRDefault="00DD4C03" w:rsidP="00DD4C03">
            <w:pPr>
              <w:pStyle w:val="ListParagraph"/>
              <w:numPr>
                <w:ilvl w:val="0"/>
                <w:numId w:val="15"/>
              </w:numPr>
              <w:rPr>
                <w:rFonts w:ascii="Palatino Linotype" w:hAnsi="Palatino Linotype"/>
                <w:bCs/>
                <w:color w:val="auto"/>
              </w:rPr>
            </w:pPr>
            <w:hyperlink r:id="rId14" w:history="1">
              <w:r w:rsidRPr="00925D14">
                <w:rPr>
                  <w:rStyle w:val="Hyperlink"/>
                  <w:rFonts w:ascii="Palatino Linotype" w:hAnsi="Palatino Linotype"/>
                  <w:b/>
                  <w:bCs/>
                  <w:color w:val="auto"/>
                </w:rPr>
                <w:t>What Girl Scout Daisies Do </w:t>
              </w:r>
            </w:hyperlink>
            <w:r w:rsidRPr="00925D14">
              <w:rPr>
                <w:rFonts w:ascii="Palatino Linotype" w:hAnsi="Palatino Linotype"/>
                <w:b/>
                <w:bCs/>
                <w:i/>
                <w:iCs/>
                <w:color w:val="auto"/>
              </w:rPr>
              <w:t>(15 minutes)</w:t>
            </w:r>
            <w:r w:rsidRPr="00925D14">
              <w:rPr>
                <w:rFonts w:ascii="Palatino Linotype" w:hAnsi="Palatino Linotype"/>
                <w:b/>
                <w:bCs/>
                <w:color w:val="auto"/>
              </w:rPr>
              <w:t>:</w:t>
            </w:r>
            <w:r w:rsidRPr="00925D14">
              <w:rPr>
                <w:rFonts w:ascii="Palatino Linotype" w:hAnsi="Palatino Linotype"/>
                <w:bCs/>
                <w:color w:val="auto"/>
              </w:rPr>
              <w:t xml:space="preserve"> Learn what Girl Scout Kinder and 1st grade troops do, including the types of activities, badges and experiences girls typically engage in at this level. Please note that you only need to complete the course for the level(s) in your troop, though you’re welcome to explore them all.</w:t>
            </w:r>
          </w:p>
          <w:p w14:paraId="56C4D7D9" w14:textId="40BA5A2C" w:rsidR="00DD4C03" w:rsidRPr="00925D14" w:rsidRDefault="00DD4C03" w:rsidP="00DD4C03">
            <w:pPr>
              <w:pStyle w:val="ListParagraph"/>
              <w:numPr>
                <w:ilvl w:val="0"/>
                <w:numId w:val="15"/>
              </w:numPr>
              <w:rPr>
                <w:rFonts w:ascii="Palatino Linotype" w:hAnsi="Palatino Linotype"/>
                <w:bCs/>
                <w:color w:val="auto"/>
              </w:rPr>
            </w:pPr>
            <w:hyperlink r:id="rId15" w:history="1">
              <w:r w:rsidRPr="00925D14">
                <w:rPr>
                  <w:rStyle w:val="Hyperlink"/>
                  <w:rFonts w:ascii="Palatino Linotype" w:hAnsi="Palatino Linotype"/>
                  <w:b/>
                  <w:bCs/>
                  <w:color w:val="auto"/>
                </w:rPr>
                <w:t>What Girl Scout Brownies Do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Learn what Girl Scout 2nd and 3rd grade troops do, including the types of activities, badges and experiences girls typically engage in at this level. Please note that you only need to complete the course for the level(s) in your troop, though you’re welcome to explore them all.</w:t>
            </w:r>
          </w:p>
          <w:p w14:paraId="58998788" w14:textId="6F323E88" w:rsidR="00DD4C03" w:rsidRPr="00925D14" w:rsidRDefault="00DD4C03" w:rsidP="00DD4C03">
            <w:pPr>
              <w:pStyle w:val="ListParagraph"/>
              <w:numPr>
                <w:ilvl w:val="0"/>
                <w:numId w:val="15"/>
              </w:numPr>
              <w:rPr>
                <w:rFonts w:ascii="Palatino Linotype" w:hAnsi="Palatino Linotype"/>
                <w:bCs/>
                <w:color w:val="auto"/>
              </w:rPr>
            </w:pPr>
            <w:hyperlink r:id="rId16" w:history="1">
              <w:r w:rsidRPr="00925D14">
                <w:rPr>
                  <w:rStyle w:val="Hyperlink"/>
                  <w:rFonts w:ascii="Palatino Linotype" w:hAnsi="Palatino Linotype"/>
                  <w:b/>
                  <w:bCs/>
                  <w:color w:val="auto"/>
                </w:rPr>
                <w:t>What Girl Scout Juniors Do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Learn what Girl Scout 4th and 5th grade troops do, including the types of activities, badges and experiences girls typically engage in at this level. Please note that you only need to complete the course for the level(s) in your troop, though you’re welcome to explore them all.</w:t>
            </w:r>
          </w:p>
          <w:p w14:paraId="14F1553C" w14:textId="3BC0E5B2" w:rsidR="00DD4C03" w:rsidRPr="00925D14" w:rsidRDefault="00DD4C03" w:rsidP="00DD4C03">
            <w:pPr>
              <w:pStyle w:val="ListParagraph"/>
              <w:numPr>
                <w:ilvl w:val="0"/>
                <w:numId w:val="15"/>
              </w:numPr>
              <w:rPr>
                <w:rFonts w:ascii="Palatino Linotype" w:hAnsi="Palatino Linotype"/>
                <w:bCs/>
                <w:color w:val="auto"/>
              </w:rPr>
            </w:pPr>
            <w:hyperlink r:id="rId17" w:history="1">
              <w:r w:rsidRPr="00925D14">
                <w:rPr>
                  <w:rStyle w:val="Hyperlink"/>
                  <w:rFonts w:ascii="Palatino Linotype" w:hAnsi="Palatino Linotype"/>
                  <w:b/>
                  <w:bCs/>
                  <w:color w:val="auto"/>
                </w:rPr>
                <w:t>What Girl Scout Cadettes Do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Learn what Girl Scout 6th, 7th and 8th grade troops do, including the types of activities, badges and experiences girls typically engage in at this level. Please note that you only need to complete the course for the level(s) in your troop, though you’re welcome to explore them all.</w:t>
            </w:r>
          </w:p>
          <w:p w14:paraId="095F96B2" w14:textId="3B016568" w:rsidR="00DD4C03" w:rsidRPr="00925D14" w:rsidRDefault="00DD4C03" w:rsidP="00DD4C03">
            <w:pPr>
              <w:pStyle w:val="ListParagraph"/>
              <w:numPr>
                <w:ilvl w:val="0"/>
                <w:numId w:val="15"/>
              </w:numPr>
              <w:rPr>
                <w:rFonts w:ascii="Palatino Linotype" w:hAnsi="Palatino Linotype"/>
                <w:bCs/>
                <w:color w:val="auto"/>
              </w:rPr>
            </w:pPr>
            <w:hyperlink r:id="rId18" w:history="1">
              <w:r w:rsidRPr="00925D14">
                <w:rPr>
                  <w:rStyle w:val="Hyperlink"/>
                  <w:rFonts w:ascii="Palatino Linotype" w:hAnsi="Palatino Linotype"/>
                  <w:b/>
                  <w:bCs/>
                  <w:color w:val="auto"/>
                </w:rPr>
                <w:t>What Girl Scout Seniors Do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Learn what Girl Scout 9th and 10th grade troops do, including the types of activities, badges and experiences girls typically engage in at this level. Please note that you only need to complete the course for the level(s) in your troop, though you’re welcome to explore them all.</w:t>
            </w:r>
          </w:p>
          <w:p w14:paraId="3324F179" w14:textId="283E6314" w:rsidR="00DD4C03" w:rsidRPr="00925D14" w:rsidRDefault="00DD4C03" w:rsidP="00DD4C03">
            <w:pPr>
              <w:pStyle w:val="ListParagraph"/>
              <w:numPr>
                <w:ilvl w:val="0"/>
                <w:numId w:val="15"/>
              </w:numPr>
              <w:rPr>
                <w:rFonts w:ascii="Palatino Linotype" w:hAnsi="Palatino Linotype"/>
                <w:bCs/>
                <w:color w:val="auto"/>
              </w:rPr>
            </w:pPr>
            <w:hyperlink r:id="rId19" w:history="1">
              <w:r w:rsidRPr="00925D14">
                <w:rPr>
                  <w:rStyle w:val="Hyperlink"/>
                  <w:rFonts w:ascii="Palatino Linotype" w:hAnsi="Palatino Linotype"/>
                  <w:b/>
                  <w:bCs/>
                  <w:color w:val="auto"/>
                </w:rPr>
                <w:t>What Girl Scout Ambassadors Do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Learn what Girl Scout 11th and 12th grade troops do, including the types of activities, badges and experiences girls typically engage in at this level. Please note that you only need to complete the course for the level(s) in your troop, though you’re welcome to explore them all.</w:t>
            </w:r>
            <w:r w:rsidRPr="00925D14">
              <w:rPr>
                <w:rFonts w:ascii="Palatino Linotype" w:hAnsi="Palatino Linotype"/>
                <w:bCs/>
                <w:color w:val="auto"/>
              </w:rPr>
              <w:br/>
            </w:r>
          </w:p>
          <w:p w14:paraId="2B507B63" w14:textId="73893427" w:rsidR="00DD4C03" w:rsidRPr="00925D14" w:rsidRDefault="00DD4C03" w:rsidP="00DD4C03">
            <w:pPr>
              <w:pStyle w:val="ListParagraph"/>
              <w:numPr>
                <w:ilvl w:val="0"/>
                <w:numId w:val="15"/>
              </w:numPr>
              <w:rPr>
                <w:rFonts w:ascii="Palatino Linotype" w:hAnsi="Palatino Linotype"/>
                <w:bCs/>
                <w:color w:val="auto"/>
              </w:rPr>
            </w:pPr>
            <w:hyperlink r:id="rId20" w:history="1">
              <w:r w:rsidRPr="00925D14">
                <w:rPr>
                  <w:rStyle w:val="Hyperlink"/>
                  <w:rFonts w:ascii="Palatino Linotype" w:hAnsi="Palatino Linotype"/>
                  <w:b/>
                  <w:bCs/>
                  <w:color w:val="auto"/>
                </w:rPr>
                <w:t>Troop Safety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 xml:space="preserve">Understand the Girl Scout safety standards and best practices for running a safe troop environment. </w:t>
            </w:r>
            <w:r w:rsidRPr="00925D14">
              <w:rPr>
                <w:rFonts w:ascii="Palatino Linotype" w:hAnsi="Palatino Linotype"/>
                <w:bCs/>
                <w:color w:val="auto"/>
              </w:rPr>
              <w:br/>
            </w:r>
          </w:p>
          <w:p w14:paraId="0ED3C38D" w14:textId="57F86E71" w:rsidR="00DD4C03" w:rsidRPr="00925D14" w:rsidRDefault="00DD4C03" w:rsidP="00DD4C03">
            <w:pPr>
              <w:pStyle w:val="ListParagraph"/>
              <w:numPr>
                <w:ilvl w:val="0"/>
                <w:numId w:val="15"/>
              </w:numPr>
              <w:rPr>
                <w:rFonts w:ascii="Palatino Linotype" w:hAnsi="Palatino Linotype"/>
                <w:bCs/>
                <w:color w:val="auto"/>
              </w:rPr>
            </w:pPr>
            <w:hyperlink r:id="rId21" w:history="1">
              <w:r w:rsidRPr="00925D14">
                <w:rPr>
                  <w:rStyle w:val="Hyperlink"/>
                  <w:rFonts w:ascii="Palatino Linotype" w:hAnsi="Palatino Linotype"/>
                  <w:b/>
                  <w:bCs/>
                  <w:color w:val="auto"/>
                </w:rPr>
                <w:t>Funding the Fun: Managing Girl Scout Troop Finances </w:t>
              </w:r>
            </w:hyperlink>
            <w:r w:rsidRPr="00925D14">
              <w:rPr>
                <w:rFonts w:ascii="Palatino Linotype" w:hAnsi="Palatino Linotype"/>
                <w:b/>
                <w:bCs/>
                <w:i/>
                <w:iCs/>
                <w:color w:val="auto"/>
              </w:rPr>
              <w:t>(15 minutes)</w:t>
            </w:r>
            <w:r w:rsidRPr="00925D14">
              <w:rPr>
                <w:rFonts w:ascii="Palatino Linotype" w:hAnsi="Palatino Linotype"/>
                <w:b/>
                <w:bCs/>
                <w:color w:val="auto"/>
              </w:rPr>
              <w:t xml:space="preserve">: </w:t>
            </w:r>
            <w:r w:rsidRPr="00925D14">
              <w:rPr>
                <w:rFonts w:ascii="Palatino Linotype" w:hAnsi="Palatino Linotype"/>
                <w:bCs/>
                <w:color w:val="auto"/>
              </w:rPr>
              <w:t>Gain guidance on managing troop funds, planning activities and following Girl Scout financial guidelines</w:t>
            </w:r>
          </w:p>
          <w:p w14:paraId="58B3050E" w14:textId="77777777" w:rsidR="00DD4C03" w:rsidRPr="00925D14" w:rsidRDefault="00DD4C03" w:rsidP="00DD4C03">
            <w:pPr>
              <w:rPr>
                <w:rFonts w:ascii="Palatino Linotype" w:hAnsi="Palatino Linotype"/>
                <w:bCs/>
                <w:color w:val="auto"/>
              </w:rPr>
            </w:pPr>
          </w:p>
          <w:p w14:paraId="4C0DF190" w14:textId="28AB2FC6" w:rsidR="00DD4C03" w:rsidRPr="00925D14" w:rsidRDefault="00DD4C03" w:rsidP="00DD4C03">
            <w:pPr>
              <w:rPr>
                <w:rFonts w:ascii="Palatino Linotype" w:hAnsi="Palatino Linotype"/>
                <w:bCs/>
                <w:color w:val="auto"/>
              </w:rPr>
            </w:pPr>
            <w:r w:rsidRPr="00925D14">
              <w:rPr>
                <w:rFonts w:ascii="Palatino Linotype" w:hAnsi="Palatino Linotype"/>
                <w:bCs/>
                <w:color w:val="auto"/>
              </w:rPr>
              <w:t>Once you and your co-Leader(s) have completed all required onboarding training, I’ll connect you with our Service Unit Finance Coordinator to help you get your troop bank account set up.</w:t>
            </w:r>
          </w:p>
          <w:p w14:paraId="42230DB4" w14:textId="77777777" w:rsidR="00DD4C03" w:rsidRPr="00925D14" w:rsidRDefault="00DD4C03" w:rsidP="00DD4C03">
            <w:pPr>
              <w:rPr>
                <w:rFonts w:ascii="Palatino Linotype" w:hAnsi="Palatino Linotype"/>
                <w:bCs/>
                <w:color w:val="auto"/>
              </w:rPr>
            </w:pPr>
          </w:p>
          <w:p w14:paraId="2C52F950" w14:textId="16979980" w:rsidR="00DD4C03" w:rsidRPr="00925D14" w:rsidRDefault="00DD4C03" w:rsidP="00DD4C03">
            <w:pPr>
              <w:rPr>
                <w:rFonts w:ascii="Palatino Linotype" w:hAnsi="Palatino Linotype"/>
                <w:bCs/>
                <w:color w:val="auto"/>
              </w:rPr>
            </w:pPr>
            <w:r w:rsidRPr="00925D14">
              <w:rPr>
                <w:rFonts w:ascii="Palatino Linotype" w:hAnsi="Palatino Linotype"/>
                <w:bCs/>
                <w:color w:val="auto"/>
              </w:rPr>
              <w:t xml:space="preserve">I’m here to answer questions, share ideas, and help you feel supported along the way! </w:t>
            </w:r>
          </w:p>
          <w:p w14:paraId="010F47A9" w14:textId="77777777" w:rsidR="00DD4C03" w:rsidRPr="00925D14" w:rsidRDefault="00DD4C03" w:rsidP="00DD4C03">
            <w:pPr>
              <w:rPr>
                <w:rFonts w:ascii="Palatino Linotype" w:hAnsi="Palatino Linotype"/>
                <w:bCs/>
                <w:color w:val="auto"/>
              </w:rPr>
            </w:pPr>
          </w:p>
          <w:p w14:paraId="320A0CA9" w14:textId="77777777" w:rsidR="00DD4C03" w:rsidRPr="00925D14" w:rsidRDefault="00DD4C03" w:rsidP="00DD4C03">
            <w:pPr>
              <w:rPr>
                <w:rFonts w:ascii="Palatino Linotype" w:hAnsi="Palatino Linotype"/>
                <w:bCs/>
                <w:color w:val="auto"/>
              </w:rPr>
            </w:pPr>
          </w:p>
          <w:p w14:paraId="49FD2481" w14:textId="48F3F9AE" w:rsidR="00DD4C03" w:rsidRPr="00925D14" w:rsidRDefault="00DD4C03" w:rsidP="00DD4C03">
            <w:pPr>
              <w:rPr>
                <w:rFonts w:ascii="Palatino Linotype" w:hAnsi="Palatino Linotype"/>
                <w:bCs/>
                <w:color w:val="auto"/>
              </w:rPr>
            </w:pPr>
            <w:r w:rsidRPr="00925D14">
              <w:rPr>
                <w:rFonts w:ascii="Palatino Linotype" w:hAnsi="Palatino Linotype"/>
                <w:bCs/>
                <w:color w:val="auto"/>
              </w:rPr>
              <w:t>Thank you,</w:t>
            </w:r>
          </w:p>
          <w:p w14:paraId="2782E617" w14:textId="111E1FFA" w:rsidR="00DD4C03" w:rsidRPr="00DD4C03" w:rsidRDefault="00DD4C03" w:rsidP="00DD4C03">
            <w:pPr>
              <w:rPr>
                <w:rFonts w:ascii="Palatino Linotype" w:hAnsi="Palatino Linotype"/>
                <w:bCs/>
              </w:rPr>
            </w:pPr>
          </w:p>
          <w:p w14:paraId="7743C136" w14:textId="3846FAF0" w:rsidR="00D66DAB" w:rsidRPr="00D66DAB" w:rsidRDefault="00D66DAB" w:rsidP="00BB0C52">
            <w:pPr>
              <w:rPr>
                <w:rFonts w:ascii="Palatino Linotype" w:hAnsi="Palatino Linotype"/>
                <w:bCs/>
              </w:rPr>
            </w:pPr>
          </w:p>
        </w:tc>
      </w:tr>
    </w:tbl>
    <w:p w14:paraId="539FD4D9" w14:textId="77777777" w:rsidR="00D66DAB" w:rsidRDefault="00D66DAB">
      <w:pPr>
        <w:spacing w:after="20"/>
        <w:rPr>
          <w:b/>
          <w:color w:val="5C1F8B"/>
          <w:sz w:val="16"/>
        </w:rPr>
      </w:pPr>
    </w:p>
    <w:p w14:paraId="0A01B8E3" w14:textId="77777777" w:rsidR="00D66DAB" w:rsidRDefault="00D66DAB">
      <w:pPr>
        <w:spacing w:after="20"/>
        <w:rPr>
          <w:b/>
          <w:color w:val="5C1F8B"/>
          <w:sz w:val="16"/>
        </w:rPr>
      </w:pPr>
    </w:p>
    <w:p w14:paraId="50123E6A" w14:textId="77777777" w:rsidR="00D66DAB" w:rsidRDefault="00D66DAB">
      <w:pPr>
        <w:spacing w:after="20"/>
        <w:rPr>
          <w:b/>
          <w:color w:val="5C1F8B"/>
          <w:sz w:val="16"/>
        </w:rPr>
      </w:pPr>
    </w:p>
    <w:p w14:paraId="52E1071A" w14:textId="77777777" w:rsidR="00D66DAB" w:rsidRDefault="00D66DAB">
      <w:pPr>
        <w:spacing w:after="20"/>
        <w:rPr>
          <w:b/>
          <w:color w:val="5C1F8B"/>
          <w:sz w:val="16"/>
        </w:rPr>
      </w:pPr>
    </w:p>
    <w:p w14:paraId="5E153983" w14:textId="77777777" w:rsidR="00D66DAB" w:rsidRDefault="00D66DAB">
      <w:pPr>
        <w:spacing w:after="20"/>
        <w:rPr>
          <w:b/>
          <w:color w:val="5C1F8B"/>
          <w:sz w:val="16"/>
        </w:rPr>
      </w:pPr>
    </w:p>
    <w:p w14:paraId="5C0419F0" w14:textId="77777777" w:rsidR="00D66DAB" w:rsidRDefault="00D66DAB">
      <w:pPr>
        <w:spacing w:after="20"/>
        <w:rPr>
          <w:b/>
          <w:color w:val="5C1F8B"/>
          <w:sz w:val="16"/>
        </w:rPr>
      </w:pPr>
    </w:p>
    <w:p w14:paraId="2B38D74D" w14:textId="77777777" w:rsidR="00925D14" w:rsidRDefault="00925D14">
      <w:pPr>
        <w:spacing w:after="20"/>
        <w:rPr>
          <w:b/>
          <w:color w:val="5C1F8B"/>
          <w:sz w:val="16"/>
        </w:rPr>
      </w:pPr>
    </w:p>
    <w:p w14:paraId="5E6C81E2" w14:textId="77777777" w:rsidR="00925D14" w:rsidRDefault="00925D14">
      <w:pPr>
        <w:spacing w:after="20"/>
        <w:rPr>
          <w:b/>
          <w:color w:val="5C1F8B"/>
          <w:sz w:val="16"/>
        </w:rPr>
      </w:pPr>
    </w:p>
    <w:p w14:paraId="6A53F59B" w14:textId="77777777" w:rsidR="00925D14" w:rsidRDefault="00925D14">
      <w:pPr>
        <w:spacing w:after="20"/>
        <w:rPr>
          <w:b/>
          <w:color w:val="5C1F8B"/>
          <w:sz w:val="16"/>
        </w:rPr>
      </w:pPr>
    </w:p>
    <w:p w14:paraId="172E2ABE" w14:textId="77777777" w:rsidR="00925D14" w:rsidRDefault="00925D14">
      <w:pPr>
        <w:spacing w:after="20"/>
        <w:rPr>
          <w:b/>
          <w:color w:val="5C1F8B"/>
          <w:sz w:val="16"/>
        </w:rPr>
      </w:pPr>
    </w:p>
    <w:p w14:paraId="3761ADB2" w14:textId="77777777" w:rsidR="00925D14" w:rsidRDefault="00925D14">
      <w:pPr>
        <w:spacing w:after="20"/>
        <w:rPr>
          <w:b/>
          <w:color w:val="5C1F8B"/>
          <w:sz w:val="16"/>
        </w:rPr>
      </w:pPr>
    </w:p>
    <w:p w14:paraId="7E237390" w14:textId="77777777" w:rsidR="00925D14" w:rsidRDefault="00925D14">
      <w:pPr>
        <w:spacing w:after="20"/>
        <w:rPr>
          <w:b/>
          <w:color w:val="5C1F8B"/>
          <w:sz w:val="16"/>
        </w:rPr>
      </w:pPr>
    </w:p>
    <w:p w14:paraId="1AD20F39" w14:textId="77777777" w:rsidR="00925D14" w:rsidRDefault="00925D14">
      <w:pPr>
        <w:spacing w:after="20"/>
        <w:rPr>
          <w:b/>
          <w:color w:val="5C1F8B"/>
          <w:sz w:val="16"/>
        </w:rPr>
      </w:pPr>
    </w:p>
    <w:p w14:paraId="70AF2AD6" w14:textId="77777777" w:rsidR="00925D14" w:rsidRDefault="00925D14">
      <w:pPr>
        <w:spacing w:after="20"/>
        <w:rPr>
          <w:b/>
          <w:color w:val="5C1F8B"/>
          <w:sz w:val="16"/>
        </w:rPr>
      </w:pPr>
    </w:p>
    <w:p w14:paraId="48AF49FB" w14:textId="77777777" w:rsidR="00925D14" w:rsidRDefault="00925D14">
      <w:pPr>
        <w:spacing w:after="20"/>
        <w:rPr>
          <w:b/>
          <w:color w:val="5C1F8B"/>
          <w:sz w:val="16"/>
        </w:rPr>
      </w:pPr>
    </w:p>
    <w:p w14:paraId="69CEF827" w14:textId="77777777" w:rsidR="00925D14" w:rsidRDefault="00925D14">
      <w:pPr>
        <w:spacing w:after="20"/>
        <w:rPr>
          <w:b/>
          <w:color w:val="5C1F8B"/>
          <w:sz w:val="16"/>
        </w:rPr>
      </w:pPr>
    </w:p>
    <w:p w14:paraId="24C4A7E3" w14:textId="77777777" w:rsidR="00925D14" w:rsidRDefault="00925D14">
      <w:pPr>
        <w:spacing w:after="20"/>
        <w:rPr>
          <w:b/>
          <w:color w:val="5C1F8B"/>
          <w:sz w:val="16"/>
        </w:rPr>
      </w:pPr>
    </w:p>
    <w:p w14:paraId="1147A640" w14:textId="77777777" w:rsidR="00925D14" w:rsidRDefault="00925D14">
      <w:pPr>
        <w:spacing w:after="20"/>
        <w:rPr>
          <w:b/>
          <w:color w:val="5C1F8B"/>
          <w:sz w:val="16"/>
        </w:rPr>
      </w:pPr>
    </w:p>
    <w:p w14:paraId="1506A6F9" w14:textId="77777777" w:rsidR="00925D14" w:rsidRDefault="00925D14">
      <w:pPr>
        <w:spacing w:after="20"/>
        <w:rPr>
          <w:b/>
          <w:color w:val="5C1F8B"/>
          <w:sz w:val="16"/>
        </w:rPr>
      </w:pPr>
    </w:p>
    <w:p w14:paraId="30938CF8" w14:textId="77777777" w:rsidR="00925D14" w:rsidRDefault="00925D14">
      <w:pPr>
        <w:spacing w:after="20"/>
        <w:rPr>
          <w:b/>
          <w:color w:val="5C1F8B"/>
          <w:sz w:val="16"/>
        </w:rPr>
      </w:pPr>
    </w:p>
    <w:p w14:paraId="6B063368" w14:textId="77777777" w:rsidR="00925D14" w:rsidRDefault="00925D14">
      <w:pPr>
        <w:spacing w:after="20"/>
        <w:rPr>
          <w:b/>
          <w:color w:val="5C1F8B"/>
          <w:sz w:val="16"/>
        </w:rPr>
      </w:pPr>
    </w:p>
    <w:p w14:paraId="562D1B6F" w14:textId="77777777" w:rsidR="00925D14" w:rsidRDefault="00925D14">
      <w:pPr>
        <w:spacing w:after="20"/>
        <w:rPr>
          <w:b/>
          <w:color w:val="5C1F8B"/>
          <w:sz w:val="16"/>
        </w:rPr>
      </w:pPr>
    </w:p>
    <w:p w14:paraId="73E5D542" w14:textId="77777777" w:rsidR="00925D14" w:rsidRDefault="00925D14">
      <w:pPr>
        <w:spacing w:after="20"/>
        <w:rPr>
          <w:b/>
          <w:color w:val="5C1F8B"/>
          <w:sz w:val="16"/>
        </w:rPr>
      </w:pPr>
    </w:p>
    <w:p w14:paraId="7031300C" w14:textId="77777777" w:rsidR="00925D14" w:rsidRDefault="00925D14">
      <w:pPr>
        <w:spacing w:after="20"/>
        <w:rPr>
          <w:b/>
          <w:color w:val="5C1F8B"/>
          <w:sz w:val="16"/>
        </w:rPr>
      </w:pPr>
    </w:p>
    <w:p w14:paraId="542A8810" w14:textId="77777777" w:rsidR="00925D14" w:rsidRDefault="00925D14">
      <w:pPr>
        <w:spacing w:after="20"/>
        <w:rPr>
          <w:b/>
          <w:color w:val="5C1F8B"/>
          <w:sz w:val="16"/>
        </w:rPr>
      </w:pPr>
    </w:p>
    <w:p w14:paraId="4466D5A2" w14:textId="77777777" w:rsidR="00D66DAB" w:rsidRPr="00D66DAB" w:rsidRDefault="00D66DAB" w:rsidP="00D66DAB">
      <w:pPr>
        <w:spacing w:after="20"/>
        <w:rPr>
          <w:rFonts w:ascii="Palatino Linotype" w:hAnsi="Palatino Linotype"/>
          <w:b/>
          <w:color w:val="5C1F8B"/>
          <w:sz w:val="16"/>
        </w:rPr>
      </w:pPr>
    </w:p>
    <w:p w14:paraId="381E7FE5" w14:textId="77777777" w:rsidR="00D66DAB" w:rsidRPr="00D66DAB" w:rsidRDefault="00D66DAB" w:rsidP="00D66DAB">
      <w:pPr>
        <w:spacing w:after="20"/>
        <w:rPr>
          <w:rFonts w:ascii="Palatino Linotype" w:hAnsi="Palatino Linotype"/>
        </w:rPr>
      </w:pPr>
      <w:r w:rsidRPr="00D66DAB">
        <w:rPr>
          <w:rFonts w:ascii="Palatino Linotype" w:hAnsi="Palatino Linotype"/>
          <w:b/>
          <w:color w:val="5C1F8B"/>
          <w:sz w:val="16"/>
        </w:rPr>
        <w:t>VOLUNTEER RESOURCE • ONBOARDING EMAIL TEMPLATE</w:t>
      </w:r>
      <w:r>
        <w:rPr>
          <w:rFonts w:ascii="Palatino Linotype" w:hAnsi="Palatino Linotype"/>
          <w:b/>
          <w:color w:val="5C1F8B"/>
          <w:sz w:val="16"/>
        </w:rPr>
        <w:t>S</w:t>
      </w:r>
    </w:p>
    <w:p w14:paraId="051D3815" w14:textId="3C88B54C" w:rsidR="00D66DAB" w:rsidRPr="00D66DAB" w:rsidRDefault="00D66DAB" w:rsidP="00D66DAB">
      <w:pPr>
        <w:spacing w:after="40"/>
        <w:rPr>
          <w:rFonts w:ascii="Palatino Linotype" w:hAnsi="Palatino Linotype"/>
          <w:color w:val="auto"/>
        </w:rPr>
      </w:pPr>
      <w:r>
        <w:rPr>
          <w:rFonts w:ascii="Palatino Linotype" w:hAnsi="Palatino Linotype"/>
          <w:b/>
          <w:color w:val="auto"/>
          <w:sz w:val="44"/>
        </w:rPr>
        <w:t xml:space="preserve">Handoff </w:t>
      </w:r>
      <w:r w:rsidR="00925D14">
        <w:rPr>
          <w:rFonts w:ascii="Palatino Linotype" w:hAnsi="Palatino Linotype"/>
          <w:b/>
          <w:color w:val="auto"/>
          <w:sz w:val="44"/>
        </w:rPr>
        <w:t>to</w:t>
      </w:r>
      <w:r>
        <w:rPr>
          <w:rFonts w:ascii="Palatino Linotype" w:hAnsi="Palatino Linotype"/>
          <w:b/>
          <w:color w:val="auto"/>
          <w:sz w:val="44"/>
        </w:rPr>
        <w:t xml:space="preserve"> </w:t>
      </w:r>
      <w:r w:rsidR="00925D14">
        <w:rPr>
          <w:rFonts w:ascii="Palatino Linotype" w:hAnsi="Palatino Linotype"/>
          <w:b/>
          <w:color w:val="auto"/>
          <w:sz w:val="44"/>
        </w:rPr>
        <w:t>Finance Coordinator Email</w:t>
      </w:r>
    </w:p>
    <w:p w14:paraId="56B1DA6F" w14:textId="77777777" w:rsidR="00925D14" w:rsidRPr="00925D14" w:rsidRDefault="00925D14" w:rsidP="00925D14">
      <w:pPr>
        <w:spacing w:after="160"/>
        <w:rPr>
          <w:rFonts w:ascii="Palatino Linotype" w:hAnsi="Palatino Linotype"/>
          <w:color w:val="auto"/>
          <w:sz w:val="20"/>
        </w:rPr>
      </w:pPr>
      <w:r w:rsidRPr="00925D14">
        <w:rPr>
          <w:rFonts w:ascii="Palatino Linotype" w:hAnsi="Palatino Linotype"/>
          <w:color w:val="auto"/>
          <w:sz w:val="20"/>
        </w:rPr>
        <w:t xml:space="preserve">Use this template to introduce the new Leader to the Service Unit Finance Coordinator and transition them </w:t>
      </w:r>
      <w:proofErr w:type="gramStart"/>
      <w:r w:rsidRPr="00925D14">
        <w:rPr>
          <w:rFonts w:ascii="Palatino Linotype" w:hAnsi="Palatino Linotype"/>
          <w:color w:val="auto"/>
          <w:sz w:val="20"/>
        </w:rPr>
        <w:t>to</w:t>
      </w:r>
      <w:proofErr w:type="gramEnd"/>
      <w:r w:rsidRPr="00925D14">
        <w:rPr>
          <w:rFonts w:ascii="Palatino Linotype" w:hAnsi="Palatino Linotype"/>
          <w:color w:val="auto"/>
          <w:sz w:val="20"/>
        </w:rPr>
        <w:t xml:space="preserve"> the troop banking process after completing their required onboarding training.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890"/>
      </w:tblGrid>
      <w:tr w:rsidR="00D66DAB" w:rsidRPr="00D66DAB" w14:paraId="068FBC1E" w14:textId="77777777" w:rsidTr="00BB0C52">
        <w:trPr>
          <w:jc w:val="center"/>
        </w:trPr>
        <w:tc>
          <w:tcPr>
            <w:tcW w:w="2070" w:type="dxa"/>
            <w:shd w:val="clear" w:color="auto" w:fill="F0E8F7"/>
            <w:vAlign w:val="center"/>
          </w:tcPr>
          <w:p w14:paraId="25D38731" w14:textId="77777777" w:rsidR="00D66DAB" w:rsidRPr="00D66DAB" w:rsidRDefault="00D66DAB" w:rsidP="00BB0C52">
            <w:pPr>
              <w:spacing w:after="0"/>
              <w:rPr>
                <w:rFonts w:ascii="Palatino Linotype" w:hAnsi="Palatino Linotype"/>
                <w:b/>
                <w:color w:val="5C1F8B"/>
                <w:sz w:val="18"/>
              </w:rPr>
            </w:pPr>
            <w:r w:rsidRPr="00D66DAB">
              <w:rPr>
                <w:rFonts w:ascii="Palatino Linotype" w:hAnsi="Palatino Linotype"/>
                <w:b/>
                <w:color w:val="5C1F8B"/>
                <w:sz w:val="18"/>
              </w:rPr>
              <w:t>WHEN TO SEND</w:t>
            </w:r>
          </w:p>
        </w:tc>
        <w:tc>
          <w:tcPr>
            <w:tcW w:w="7890" w:type="dxa"/>
            <w:shd w:val="clear" w:color="auto" w:fill="F0E8F7"/>
            <w:tcMar>
              <w:top w:w="90" w:type="dxa"/>
              <w:left w:w="140" w:type="dxa"/>
              <w:bottom w:w="90" w:type="dxa"/>
              <w:right w:w="140" w:type="dxa"/>
            </w:tcMar>
            <w:vAlign w:val="center"/>
          </w:tcPr>
          <w:p w14:paraId="3EF63659" w14:textId="56C1789B" w:rsidR="00D66DAB" w:rsidRPr="00D66DAB" w:rsidRDefault="00925D14" w:rsidP="00BB0C52">
            <w:pPr>
              <w:spacing w:after="0"/>
              <w:rPr>
                <w:rFonts w:ascii="Palatino Linotype" w:hAnsi="Palatino Linotype"/>
                <w:bCs/>
              </w:rPr>
            </w:pPr>
            <w:r w:rsidRPr="00925D14">
              <w:rPr>
                <w:rFonts w:ascii="Palatino Linotype" w:hAnsi="Palatino Linotype"/>
                <w:bCs/>
                <w:color w:val="5C1F8B"/>
                <w:sz w:val="18"/>
              </w:rPr>
              <w:t>After the new Leader and their co-leader(s) have completed all required onboarding training.</w:t>
            </w:r>
          </w:p>
        </w:tc>
      </w:tr>
      <w:tr w:rsidR="00D66DAB" w:rsidRPr="00D66DAB" w14:paraId="337B2198" w14:textId="77777777" w:rsidTr="00BB0C52">
        <w:trPr>
          <w:jc w:val="center"/>
        </w:trPr>
        <w:tc>
          <w:tcPr>
            <w:tcW w:w="2070" w:type="dxa"/>
            <w:shd w:val="clear" w:color="auto" w:fill="F0E8F7"/>
            <w:vAlign w:val="center"/>
          </w:tcPr>
          <w:p w14:paraId="53307ED3" w14:textId="77777777" w:rsidR="00D66DAB" w:rsidRPr="00D66DAB" w:rsidRDefault="00D66DAB" w:rsidP="00BB0C52">
            <w:pPr>
              <w:spacing w:after="0"/>
              <w:rPr>
                <w:rFonts w:ascii="Palatino Linotype" w:hAnsi="Palatino Linotype"/>
                <w:b/>
                <w:color w:val="5C1F8B"/>
                <w:sz w:val="18"/>
              </w:rPr>
            </w:pPr>
            <w:r w:rsidRPr="00D66DAB">
              <w:rPr>
                <w:rFonts w:ascii="Palatino Linotype" w:hAnsi="Palatino Linotype"/>
                <w:b/>
                <w:color w:val="5C1F8B"/>
                <w:sz w:val="18"/>
              </w:rPr>
              <w:t>BEFORE YOU SEND</w:t>
            </w:r>
          </w:p>
        </w:tc>
        <w:tc>
          <w:tcPr>
            <w:tcW w:w="7890" w:type="dxa"/>
            <w:shd w:val="clear" w:color="auto" w:fill="F0E8F7"/>
            <w:tcMar>
              <w:top w:w="90" w:type="dxa"/>
              <w:left w:w="140" w:type="dxa"/>
              <w:bottom w:w="90" w:type="dxa"/>
              <w:right w:w="140" w:type="dxa"/>
            </w:tcMar>
            <w:vAlign w:val="center"/>
          </w:tcPr>
          <w:p w14:paraId="067E39C6" w14:textId="33C8A43A" w:rsidR="00D66DAB" w:rsidRPr="00D66DAB" w:rsidRDefault="00925D14" w:rsidP="00BB0C52">
            <w:pPr>
              <w:spacing w:after="0"/>
              <w:rPr>
                <w:rFonts w:ascii="Palatino Linotype" w:hAnsi="Palatino Linotype"/>
                <w:bCs/>
                <w:color w:val="5C1F8B"/>
                <w:sz w:val="18"/>
              </w:rPr>
            </w:pPr>
            <w:r w:rsidRPr="00925D14">
              <w:rPr>
                <w:rFonts w:ascii="Palatino Linotype" w:hAnsi="Palatino Linotype"/>
                <w:bCs/>
                <w:color w:val="5C1F8B"/>
                <w:sz w:val="18"/>
              </w:rPr>
              <w:t xml:space="preserve">Add the Leader’s name and the Finance Coordinator’s name. Include the Finance Coordinator </w:t>
            </w:r>
            <w:proofErr w:type="gramStart"/>
            <w:r w:rsidRPr="00925D14">
              <w:rPr>
                <w:rFonts w:ascii="Palatino Linotype" w:hAnsi="Palatino Linotype"/>
                <w:bCs/>
                <w:color w:val="5C1F8B"/>
                <w:sz w:val="18"/>
              </w:rPr>
              <w:t>on</w:t>
            </w:r>
            <w:proofErr w:type="gramEnd"/>
            <w:r w:rsidRPr="00925D14">
              <w:rPr>
                <w:rFonts w:ascii="Palatino Linotype" w:hAnsi="Palatino Linotype"/>
                <w:bCs/>
                <w:color w:val="5C1F8B"/>
                <w:sz w:val="18"/>
              </w:rPr>
              <w:t xml:space="preserve"> the email so they can follow up directly with the Leader. Confirm the Leader’s training is complete in </w:t>
            </w:r>
            <w:hyperlink r:id="rId22">
              <w:r w:rsidR="00434C10" w:rsidRPr="377075E0">
                <w:rPr>
                  <w:rStyle w:val="Hyperlink"/>
                  <w:rFonts w:ascii="Palatino Linotype" w:eastAsia="Palatino Linotype" w:hAnsi="Palatino Linotype" w:cs="Palatino Linotype"/>
                </w:rPr>
                <w:t>Looker</w:t>
              </w:r>
            </w:hyperlink>
            <w:r w:rsidR="00434C10">
              <w:t xml:space="preserve"> </w:t>
            </w:r>
            <w:r w:rsidRPr="00925D14">
              <w:rPr>
                <w:rFonts w:ascii="Palatino Linotype" w:hAnsi="Palatino Linotype"/>
                <w:bCs/>
                <w:color w:val="5C1F8B"/>
                <w:sz w:val="18"/>
              </w:rPr>
              <w:t>before sending.</w:t>
            </w:r>
          </w:p>
        </w:tc>
      </w:tr>
    </w:tbl>
    <w:p w14:paraId="15C494B2" w14:textId="77777777" w:rsidR="00D66DAB" w:rsidRPr="00D66DAB" w:rsidRDefault="00D66DAB" w:rsidP="00D66DAB">
      <w:pPr>
        <w:spacing w:before="100" w:after="60"/>
        <w:rPr>
          <w:rFonts w:ascii="Palatino Linotype" w:hAnsi="Palatino Linotype"/>
          <w:b/>
          <w:color w:val="5C1F8B"/>
          <w:sz w:val="22"/>
        </w:rPr>
      </w:pPr>
    </w:p>
    <w:p w14:paraId="3189274A" w14:textId="77777777" w:rsidR="00D66DAB" w:rsidRPr="00D66DAB" w:rsidRDefault="00D66DAB" w:rsidP="00D66DAB">
      <w:pPr>
        <w:spacing w:before="100" w:after="60"/>
        <w:rPr>
          <w:rFonts w:ascii="Palatino Linotype" w:hAnsi="Palatino Linotype"/>
        </w:rPr>
      </w:pPr>
      <w:r w:rsidRPr="00D66DAB">
        <w:rPr>
          <w:rFonts w:ascii="Palatino Linotype" w:hAnsi="Palatino Linotype"/>
          <w:b/>
          <w:color w:val="5C1F8B"/>
          <w:sz w:val="22"/>
        </w:rPr>
        <w:t>Email Template</w:t>
      </w:r>
    </w:p>
    <w:tbl>
      <w:tblPr>
        <w:tblW w:w="0" w:type="auto"/>
        <w:jc w:val="center"/>
        <w:tblLook w:val="04A0" w:firstRow="1" w:lastRow="0" w:firstColumn="1" w:lastColumn="0" w:noHBand="0" w:noVBand="1"/>
      </w:tblPr>
      <w:tblGrid>
        <w:gridCol w:w="10224"/>
      </w:tblGrid>
      <w:tr w:rsidR="00D66DAB" w:rsidRPr="00D66DAB" w14:paraId="154D46DD" w14:textId="77777777" w:rsidTr="00BB0C52">
        <w:trPr>
          <w:jc w:val="center"/>
        </w:trPr>
        <w:tc>
          <w:tcPr>
            <w:tcW w:w="10224" w:type="dxa"/>
            <w:shd w:val="clear" w:color="auto" w:fill="FAF7FC"/>
            <w:tcMar>
              <w:top w:w="140" w:type="dxa"/>
              <w:left w:w="190" w:type="dxa"/>
              <w:bottom w:w="140" w:type="dxa"/>
              <w:right w:w="190" w:type="dxa"/>
            </w:tcMar>
            <w:vAlign w:val="center"/>
          </w:tcPr>
          <w:p w14:paraId="75B50551" w14:textId="10448327" w:rsidR="00D66DAB" w:rsidRPr="00D66DAB" w:rsidRDefault="00D66DAB" w:rsidP="00BB0C52">
            <w:pPr>
              <w:spacing w:after="100"/>
              <w:rPr>
                <w:rFonts w:ascii="Palatino Linotype" w:hAnsi="Palatino Linotype"/>
                <w:bCs/>
              </w:rPr>
            </w:pPr>
            <w:r w:rsidRPr="00D66DAB">
              <w:rPr>
                <w:rFonts w:ascii="Palatino Linotype" w:hAnsi="Palatino Linotype"/>
                <w:b/>
                <w:color w:val="5C1F8B"/>
              </w:rPr>
              <w:t>SUBJECT</w:t>
            </w:r>
            <w:r w:rsidRPr="00D66DAB">
              <w:rPr>
                <w:rFonts w:ascii="Palatino Linotype" w:hAnsi="Palatino Linotype"/>
                <w:bCs/>
                <w:color w:val="5C1F8B"/>
              </w:rPr>
              <w:t xml:space="preserve">: </w:t>
            </w:r>
            <w:r w:rsidR="00925D14" w:rsidRPr="00925D14">
              <w:rPr>
                <w:rFonts w:ascii="Palatino Linotype" w:hAnsi="Palatino Linotype"/>
                <w:b/>
                <w:color w:val="7030A0"/>
              </w:rPr>
              <w:t xml:space="preserve">Next Step: Getting </w:t>
            </w:r>
            <w:proofErr w:type="gramStart"/>
            <w:r w:rsidR="00925D14" w:rsidRPr="00925D14">
              <w:rPr>
                <w:rFonts w:ascii="Palatino Linotype" w:hAnsi="Palatino Linotype"/>
                <w:b/>
                <w:color w:val="7030A0"/>
              </w:rPr>
              <w:t xml:space="preserve">Your </w:t>
            </w:r>
            <w:r w:rsidR="00925D14">
              <w:rPr>
                <w:rFonts w:ascii="Palatino Linotype" w:hAnsi="Palatino Linotype"/>
                <w:b/>
                <w:color w:val="7030A0"/>
              </w:rPr>
              <w:t xml:space="preserve"> Girl</w:t>
            </w:r>
            <w:proofErr w:type="gramEnd"/>
            <w:r w:rsidR="00925D14">
              <w:rPr>
                <w:rFonts w:ascii="Palatino Linotype" w:hAnsi="Palatino Linotype"/>
                <w:b/>
                <w:color w:val="7030A0"/>
              </w:rPr>
              <w:t xml:space="preserve"> Scout </w:t>
            </w:r>
            <w:r w:rsidR="00925D14" w:rsidRPr="00925D14">
              <w:rPr>
                <w:rFonts w:ascii="Palatino Linotype" w:hAnsi="Palatino Linotype"/>
                <w:b/>
                <w:color w:val="7030A0"/>
              </w:rPr>
              <w:t>Troop Banking Set Up</w:t>
            </w:r>
          </w:p>
          <w:p w14:paraId="79133903" w14:textId="63D016EB" w:rsidR="00925D14" w:rsidRDefault="00925D14" w:rsidP="00BB0C52">
            <w:pPr>
              <w:rPr>
                <w:rFonts w:ascii="Palatino Linotype" w:hAnsi="Palatino Linotype"/>
                <w:bCs/>
              </w:rPr>
            </w:pPr>
            <w:r>
              <w:rPr>
                <w:rFonts w:ascii="Palatino Linotype" w:hAnsi="Palatino Linotype"/>
                <w:bCs/>
              </w:rPr>
              <w:t>Hi [Leader],</w:t>
            </w:r>
          </w:p>
          <w:p w14:paraId="22BA4232" w14:textId="77777777" w:rsidR="00925D14" w:rsidRPr="00925D14" w:rsidRDefault="00925D14" w:rsidP="00925D14">
            <w:pPr>
              <w:rPr>
                <w:rFonts w:ascii="Palatino Linotype" w:hAnsi="Palatino Linotype"/>
                <w:bCs/>
              </w:rPr>
            </w:pPr>
            <w:r w:rsidRPr="00925D14">
              <w:rPr>
                <w:rFonts w:ascii="Palatino Linotype" w:hAnsi="Palatino Linotype"/>
                <w:bCs/>
              </w:rPr>
              <w:t xml:space="preserve">Congratulations on completing your required onboarding training! I hope the training has been helpful as you </w:t>
            </w:r>
            <w:proofErr w:type="gramStart"/>
            <w:r w:rsidRPr="00925D14">
              <w:rPr>
                <w:rFonts w:ascii="Palatino Linotype" w:hAnsi="Palatino Linotype"/>
                <w:bCs/>
              </w:rPr>
              <w:t>prepare</w:t>
            </w:r>
            <w:proofErr w:type="gramEnd"/>
            <w:r w:rsidRPr="00925D14">
              <w:rPr>
                <w:rFonts w:ascii="Palatino Linotype" w:hAnsi="Palatino Linotype"/>
                <w:bCs/>
              </w:rPr>
              <w:t xml:space="preserve"> to lead your troop.</w:t>
            </w:r>
          </w:p>
          <w:p w14:paraId="67E8EACD" w14:textId="77777777" w:rsidR="00925D14" w:rsidRPr="00925D14" w:rsidRDefault="00925D14" w:rsidP="00925D14">
            <w:pPr>
              <w:rPr>
                <w:rFonts w:ascii="Palatino Linotype" w:hAnsi="Palatino Linotype"/>
                <w:bCs/>
              </w:rPr>
            </w:pPr>
            <w:r w:rsidRPr="00925D14">
              <w:rPr>
                <w:rFonts w:ascii="Palatino Linotype" w:hAnsi="Palatino Linotype"/>
                <w:bCs/>
              </w:rPr>
              <w:t>You’re ready for the next step: getting your troop banking set up! I’d like to introduce you to [Finance Coordinator Name], our Service Unit Finance Coordinator, who will guide you through the banking process.</w:t>
            </w:r>
          </w:p>
          <w:p w14:paraId="6D84B02F" w14:textId="77777777" w:rsidR="00925D14" w:rsidRPr="00925D14" w:rsidRDefault="00925D14" w:rsidP="00925D14">
            <w:pPr>
              <w:rPr>
                <w:rFonts w:ascii="Palatino Linotype" w:hAnsi="Palatino Linotype"/>
                <w:bCs/>
              </w:rPr>
            </w:pPr>
            <w:r w:rsidRPr="00925D14">
              <w:rPr>
                <w:rFonts w:ascii="Palatino Linotype" w:hAnsi="Palatino Linotype"/>
                <w:bCs/>
              </w:rPr>
              <w:t>[Finance Coordinator Name] will help you determine the appropriate next steps, whether you’re opening a new bank account for a brand-new troop or updating the authorized signers on an existing troop account.</w:t>
            </w:r>
          </w:p>
          <w:p w14:paraId="1667E2A1" w14:textId="3E1EB26F" w:rsidR="00925D14" w:rsidRPr="00925D14" w:rsidRDefault="00925D14" w:rsidP="00925D14">
            <w:pPr>
              <w:rPr>
                <w:rFonts w:ascii="Palatino Linotype" w:hAnsi="Palatino Linotype"/>
                <w:bCs/>
              </w:rPr>
            </w:pPr>
            <w:r w:rsidRPr="00925D14">
              <w:rPr>
                <w:rFonts w:ascii="Palatino Linotype" w:hAnsi="Palatino Linotype"/>
                <w:bCs/>
              </w:rPr>
              <w:t>[Finance Coordinator Name], thank you for helping [Leader Name]</w:t>
            </w:r>
            <w:r>
              <w:rPr>
                <w:rFonts w:ascii="Palatino Linotype" w:hAnsi="Palatino Linotype"/>
                <w:bCs/>
              </w:rPr>
              <w:t xml:space="preserve"> with [Troop </w:t>
            </w:r>
            <w:proofErr w:type="spellStart"/>
            <w:r>
              <w:rPr>
                <w:rFonts w:ascii="Palatino Linotype" w:hAnsi="Palatino Linotype"/>
                <w:bCs/>
              </w:rPr>
              <w:t>xxxx</w:t>
            </w:r>
            <w:proofErr w:type="spellEnd"/>
            <w:r>
              <w:rPr>
                <w:rFonts w:ascii="Palatino Linotype" w:hAnsi="Palatino Linotype"/>
                <w:bCs/>
              </w:rPr>
              <w:t xml:space="preserve">] </w:t>
            </w:r>
            <w:r w:rsidRPr="00925D14">
              <w:rPr>
                <w:rFonts w:ascii="Palatino Linotype" w:hAnsi="Palatino Linotype"/>
                <w:bCs/>
              </w:rPr>
              <w:t>get started!</w:t>
            </w:r>
          </w:p>
          <w:p w14:paraId="2A6DEF2A" w14:textId="77777777" w:rsidR="00925D14" w:rsidRPr="00925D14" w:rsidRDefault="00925D14" w:rsidP="00925D14">
            <w:pPr>
              <w:rPr>
                <w:rFonts w:ascii="Palatino Linotype" w:hAnsi="Palatino Linotype"/>
                <w:bCs/>
              </w:rPr>
            </w:pPr>
            <w:r w:rsidRPr="00925D14">
              <w:rPr>
                <w:rFonts w:ascii="Palatino Linotype" w:hAnsi="Palatino Linotype"/>
                <w:bCs/>
              </w:rPr>
              <w:t>I’ll let you two take it from here, but I’m still here if you have questions or need support as you get your troop up and running.</w:t>
            </w:r>
          </w:p>
          <w:p w14:paraId="729BF25C" w14:textId="77777777" w:rsidR="00D66DAB" w:rsidRPr="00D66DAB" w:rsidRDefault="00D66DAB" w:rsidP="00BB0C52">
            <w:pPr>
              <w:rPr>
                <w:rFonts w:ascii="Palatino Linotype" w:hAnsi="Palatino Linotype"/>
                <w:bCs/>
              </w:rPr>
            </w:pPr>
          </w:p>
          <w:p w14:paraId="63AD9580" w14:textId="138F611B" w:rsidR="00D66DAB" w:rsidRPr="00D66DAB" w:rsidRDefault="00D66DAB" w:rsidP="00BB0C52">
            <w:pPr>
              <w:rPr>
                <w:rFonts w:ascii="Palatino Linotype" w:hAnsi="Palatino Linotype"/>
                <w:bCs/>
              </w:rPr>
            </w:pPr>
            <w:r>
              <w:rPr>
                <w:rFonts w:ascii="Palatino Linotype" w:hAnsi="Palatino Linotype"/>
                <w:bCs/>
              </w:rPr>
              <w:t>Thank you</w:t>
            </w:r>
            <w:r w:rsidR="00925D14">
              <w:rPr>
                <w:rFonts w:ascii="Palatino Linotype" w:hAnsi="Palatino Linotype"/>
                <w:bCs/>
              </w:rPr>
              <w:t>,</w:t>
            </w:r>
          </w:p>
        </w:tc>
      </w:tr>
    </w:tbl>
    <w:p w14:paraId="50D50D05" w14:textId="77777777" w:rsidR="00D66DAB" w:rsidRDefault="00D66DAB">
      <w:pPr>
        <w:spacing w:after="20"/>
        <w:rPr>
          <w:b/>
          <w:color w:val="5C1F8B"/>
          <w:sz w:val="16"/>
        </w:rPr>
      </w:pPr>
    </w:p>
    <w:p w14:paraId="67652E72" w14:textId="77777777" w:rsidR="00D66DAB" w:rsidRDefault="00D66DAB">
      <w:pPr>
        <w:spacing w:after="20"/>
        <w:rPr>
          <w:b/>
          <w:color w:val="5C1F8B"/>
          <w:sz w:val="16"/>
        </w:rPr>
      </w:pPr>
    </w:p>
    <w:p w14:paraId="1F945E34" w14:textId="77777777" w:rsidR="00D66DAB" w:rsidRDefault="00D66DAB">
      <w:pPr>
        <w:spacing w:after="20"/>
        <w:rPr>
          <w:b/>
          <w:color w:val="5C1F8B"/>
          <w:sz w:val="16"/>
        </w:rPr>
      </w:pPr>
    </w:p>
    <w:p w14:paraId="73B1557B" w14:textId="77777777" w:rsidR="00D66DAB" w:rsidRDefault="00D66DAB">
      <w:pPr>
        <w:spacing w:after="20"/>
        <w:rPr>
          <w:b/>
          <w:color w:val="5C1F8B"/>
          <w:sz w:val="16"/>
        </w:rPr>
      </w:pPr>
    </w:p>
    <w:p w14:paraId="4B553B85" w14:textId="77777777" w:rsidR="00D66DAB" w:rsidRDefault="00D66DAB">
      <w:pPr>
        <w:spacing w:after="20"/>
        <w:rPr>
          <w:b/>
          <w:color w:val="5C1F8B"/>
          <w:sz w:val="16"/>
        </w:rPr>
      </w:pPr>
    </w:p>
    <w:p w14:paraId="6E05AA18" w14:textId="77777777" w:rsidR="00D66DAB" w:rsidRDefault="00D66DAB">
      <w:pPr>
        <w:spacing w:after="20"/>
        <w:rPr>
          <w:b/>
          <w:color w:val="5C1F8B"/>
          <w:sz w:val="16"/>
        </w:rPr>
      </w:pPr>
    </w:p>
    <w:p w14:paraId="4ACAC35D" w14:textId="77777777" w:rsidR="00D66DAB" w:rsidRDefault="00D66DAB">
      <w:pPr>
        <w:spacing w:after="20"/>
        <w:rPr>
          <w:b/>
          <w:color w:val="5C1F8B"/>
          <w:sz w:val="16"/>
        </w:rPr>
      </w:pPr>
    </w:p>
    <w:p w14:paraId="57AEB6F9" w14:textId="77777777" w:rsidR="00D66DAB" w:rsidRDefault="00D66DAB">
      <w:pPr>
        <w:spacing w:after="20"/>
        <w:rPr>
          <w:b/>
          <w:color w:val="5C1F8B"/>
          <w:sz w:val="16"/>
        </w:rPr>
      </w:pPr>
    </w:p>
    <w:p w14:paraId="1114CF60" w14:textId="77777777" w:rsidR="00D66DAB" w:rsidRDefault="00D66DAB">
      <w:pPr>
        <w:spacing w:after="20"/>
        <w:rPr>
          <w:b/>
          <w:color w:val="5C1F8B"/>
          <w:sz w:val="16"/>
        </w:rPr>
      </w:pPr>
    </w:p>
    <w:p w14:paraId="3B76E7A6" w14:textId="77777777" w:rsidR="00D66DAB" w:rsidRDefault="00D66DAB">
      <w:pPr>
        <w:spacing w:after="20"/>
        <w:rPr>
          <w:b/>
          <w:color w:val="5C1F8B"/>
          <w:sz w:val="16"/>
        </w:rPr>
      </w:pPr>
    </w:p>
    <w:p w14:paraId="623B1A45" w14:textId="77777777" w:rsidR="00D66DAB" w:rsidRDefault="00D66DAB">
      <w:pPr>
        <w:spacing w:after="20"/>
        <w:rPr>
          <w:b/>
          <w:color w:val="5C1F8B"/>
          <w:sz w:val="16"/>
        </w:rPr>
      </w:pPr>
    </w:p>
    <w:p w14:paraId="0CD3EA44" w14:textId="77777777" w:rsidR="00D66DAB" w:rsidRDefault="00D66DAB">
      <w:pPr>
        <w:spacing w:after="20"/>
        <w:rPr>
          <w:b/>
          <w:color w:val="5C1F8B"/>
          <w:sz w:val="16"/>
        </w:rPr>
      </w:pPr>
    </w:p>
    <w:p w14:paraId="5B7035B6" w14:textId="77777777" w:rsidR="00D66DAB" w:rsidRDefault="00D66DAB">
      <w:pPr>
        <w:spacing w:after="20"/>
        <w:rPr>
          <w:b/>
          <w:color w:val="5C1F8B"/>
          <w:sz w:val="16"/>
        </w:rPr>
      </w:pPr>
    </w:p>
    <w:sectPr w:rsidR="00D66DAB" w:rsidSect="00D66DAB">
      <w:headerReference w:type="default" r:id="rId23"/>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3F995" w14:textId="77777777" w:rsidR="00EA41A0" w:rsidRDefault="00EA41A0">
      <w:pPr>
        <w:spacing w:after="0" w:line="240" w:lineRule="auto"/>
      </w:pPr>
      <w:r>
        <w:separator/>
      </w:r>
    </w:p>
  </w:endnote>
  <w:endnote w:type="continuationSeparator" w:id="0">
    <w:p w14:paraId="6DA60A87" w14:textId="77777777" w:rsidR="00EA41A0" w:rsidRDefault="00EA4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D12F" w14:textId="689F4CD1" w:rsidR="00814FF6" w:rsidRPr="00814FF6" w:rsidRDefault="00814FF6" w:rsidP="00814FF6">
    <w:pPr>
      <w:pStyle w:val="Footer"/>
      <w:jc w:val="right"/>
      <w:rPr>
        <w:rFonts w:ascii="Palatino Linotype" w:hAnsi="Palatino Linotype"/>
        <w:sz w:val="16"/>
        <w:szCs w:val="20"/>
      </w:rPr>
    </w:pPr>
    <w:r w:rsidRPr="00814FF6">
      <w:rPr>
        <w:rFonts w:ascii="Palatino Linotype" w:hAnsi="Palatino Linotype"/>
        <w:sz w:val="16"/>
        <w:szCs w:val="20"/>
      </w:rPr>
      <w:t>Updated 10.1.26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4565" w14:textId="77777777" w:rsidR="00EA41A0" w:rsidRDefault="00EA41A0">
      <w:pPr>
        <w:spacing w:after="0" w:line="240" w:lineRule="auto"/>
      </w:pPr>
      <w:r>
        <w:separator/>
      </w:r>
    </w:p>
  </w:footnote>
  <w:footnote w:type="continuationSeparator" w:id="0">
    <w:p w14:paraId="43406FB3" w14:textId="77777777" w:rsidR="00EA41A0" w:rsidRDefault="00EA4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BE79" w14:textId="52AC5D78" w:rsidR="00434C10" w:rsidRDefault="00434C10">
    <w:pPr>
      <w:pStyle w:val="Header"/>
    </w:pPr>
    <w:r w:rsidRPr="00465011">
      <w:rPr>
        <w:noProof/>
      </w:rPr>
      <w:drawing>
        <wp:anchor distT="0" distB="0" distL="114300" distR="114300" simplePos="0" relativeHeight="251659264" behindDoc="0" locked="0" layoutInCell="1" allowOverlap="1" wp14:anchorId="398A9405" wp14:editId="242906AE">
          <wp:simplePos x="0" y="0"/>
          <wp:positionH relativeFrom="column">
            <wp:posOffset>4933950</wp:posOffset>
          </wp:positionH>
          <wp:positionV relativeFrom="paragraph">
            <wp:posOffset>76200</wp:posOffset>
          </wp:positionV>
          <wp:extent cx="1768929" cy="641048"/>
          <wp:effectExtent l="0" t="0" r="3175" b="6985"/>
          <wp:wrapNone/>
          <wp:docPr id="348881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16344"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8929" cy="64104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6A5501"/>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542A64"/>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4E0DD4"/>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583FA1"/>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51040"/>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1A6E89"/>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8C0EBC"/>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0603FE"/>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F3E33"/>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9C70F7"/>
    <w:multiLevelType w:val="multilevel"/>
    <w:tmpl w:val="597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2C4151"/>
    <w:multiLevelType w:val="multilevel"/>
    <w:tmpl w:val="F91A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078151">
    <w:abstractNumId w:val="8"/>
  </w:num>
  <w:num w:numId="2" w16cid:durableId="1740788844">
    <w:abstractNumId w:val="6"/>
  </w:num>
  <w:num w:numId="3" w16cid:durableId="1137531991">
    <w:abstractNumId w:val="5"/>
  </w:num>
  <w:num w:numId="4" w16cid:durableId="1427389161">
    <w:abstractNumId w:val="4"/>
  </w:num>
  <w:num w:numId="5" w16cid:durableId="796486555">
    <w:abstractNumId w:val="7"/>
  </w:num>
  <w:num w:numId="6" w16cid:durableId="428090065">
    <w:abstractNumId w:val="3"/>
  </w:num>
  <w:num w:numId="7" w16cid:durableId="776565599">
    <w:abstractNumId w:val="2"/>
  </w:num>
  <w:num w:numId="8" w16cid:durableId="1857184838">
    <w:abstractNumId w:val="1"/>
  </w:num>
  <w:num w:numId="9" w16cid:durableId="1901749897">
    <w:abstractNumId w:val="0"/>
  </w:num>
  <w:num w:numId="10" w16cid:durableId="1110123459">
    <w:abstractNumId w:val="19"/>
  </w:num>
  <w:num w:numId="11" w16cid:durableId="1442606586">
    <w:abstractNumId w:val="11"/>
  </w:num>
  <w:num w:numId="12" w16cid:durableId="1305508161">
    <w:abstractNumId w:val="9"/>
  </w:num>
  <w:num w:numId="13" w16cid:durableId="213205064">
    <w:abstractNumId w:val="13"/>
  </w:num>
  <w:num w:numId="14" w16cid:durableId="2141532690">
    <w:abstractNumId w:val="10"/>
  </w:num>
  <w:num w:numId="15" w16cid:durableId="211700346">
    <w:abstractNumId w:val="17"/>
  </w:num>
  <w:num w:numId="16" w16cid:durableId="1004165052">
    <w:abstractNumId w:val="14"/>
  </w:num>
  <w:num w:numId="17" w16cid:durableId="1340699998">
    <w:abstractNumId w:val="12"/>
  </w:num>
  <w:num w:numId="18" w16cid:durableId="1502162515">
    <w:abstractNumId w:val="16"/>
  </w:num>
  <w:num w:numId="19" w16cid:durableId="1904215663">
    <w:abstractNumId w:val="15"/>
  </w:num>
  <w:num w:numId="20" w16cid:durableId="8890772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13C0"/>
    <w:rsid w:val="00235594"/>
    <w:rsid w:val="002626FA"/>
    <w:rsid w:val="00282A42"/>
    <w:rsid w:val="0029639D"/>
    <w:rsid w:val="00314B80"/>
    <w:rsid w:val="00326F90"/>
    <w:rsid w:val="00375587"/>
    <w:rsid w:val="00380045"/>
    <w:rsid w:val="00434C10"/>
    <w:rsid w:val="004E450A"/>
    <w:rsid w:val="00814FF6"/>
    <w:rsid w:val="00925D14"/>
    <w:rsid w:val="009728AA"/>
    <w:rsid w:val="00AA1D8D"/>
    <w:rsid w:val="00B21A89"/>
    <w:rsid w:val="00B47730"/>
    <w:rsid w:val="00C64B06"/>
    <w:rsid w:val="00CA2F6E"/>
    <w:rsid w:val="00CB0664"/>
    <w:rsid w:val="00D66DAB"/>
    <w:rsid w:val="00D7659A"/>
    <w:rsid w:val="00DD4C03"/>
    <w:rsid w:val="00EA41A0"/>
    <w:rsid w:val="00F17F08"/>
    <w:rsid w:val="00FC693F"/>
    <w:rsid w:val="05AB819A"/>
    <w:rsid w:val="0B061444"/>
    <w:rsid w:val="3595B432"/>
    <w:rsid w:val="377075E0"/>
    <w:rsid w:val="414973DC"/>
    <w:rsid w:val="70674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B4181"/>
  <w14:defaultImageDpi w14:val="300"/>
  <w15:docId w15:val="{B6872898-32BA-41B6-949E-3CB59ADF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33303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66DAB"/>
    <w:rPr>
      <w:rFonts w:ascii="Times New Roman" w:hAnsi="Times New Roman" w:cs="Times New Roman"/>
      <w:sz w:val="24"/>
      <w:szCs w:val="24"/>
    </w:rPr>
  </w:style>
  <w:style w:type="character" w:styleId="Hyperlink">
    <w:name w:val="Hyperlink"/>
    <w:basedOn w:val="DefaultParagraphFont"/>
    <w:uiPriority w:val="99"/>
    <w:unhideWhenUsed/>
    <w:rsid w:val="00DD4C03"/>
    <w:rPr>
      <w:color w:val="0000FF" w:themeColor="hyperlink"/>
      <w:u w:val="single"/>
    </w:rPr>
  </w:style>
  <w:style w:type="character" w:styleId="UnresolvedMention">
    <w:name w:val="Unresolved Mention"/>
    <w:basedOn w:val="DefaultParagraphFont"/>
    <w:uiPriority w:val="99"/>
    <w:semiHidden/>
    <w:unhideWhenUsed/>
    <w:rsid w:val="00DD4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slearn.litmos.com/course/7127990" TargetMode="External"/><Relationship Id="rId18" Type="http://schemas.openxmlformats.org/officeDocument/2006/relationships/hyperlink" Target="https://gslearn.litmos.com/course/716513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slearn.litmos.com/course/7163966" TargetMode="External"/><Relationship Id="rId7" Type="http://schemas.openxmlformats.org/officeDocument/2006/relationships/settings" Target="settings.xml"/><Relationship Id="rId12" Type="http://schemas.openxmlformats.org/officeDocument/2006/relationships/hyperlink" Target="https://mygs.girlscouts.org/" TargetMode="External"/><Relationship Id="rId17" Type="http://schemas.openxmlformats.org/officeDocument/2006/relationships/hyperlink" Target="https://gslearn.litmos.com/course/716513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slearn.litmos.com/course/7165397" TargetMode="External"/><Relationship Id="rId20" Type="http://schemas.openxmlformats.org/officeDocument/2006/relationships/hyperlink" Target="https://gslearn.litmos.com/course/716378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rlscouts.looker.com/login/emai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slearn.litmos.com/course/7165276"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gslearn.litmos.com/course/71651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slearn.litmos.com/course/7165267" TargetMode="External"/><Relationship Id="rId22" Type="http://schemas.openxmlformats.org/officeDocument/2006/relationships/hyperlink" Target="https://girlscouts.looker.com/login/email" TargetMode="External"/><Relationship Id="rId27"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806ECCB-8776-4DF5-8092-12114DFAB4B2}">
    <t:Anchor>
      <t:Comment id="859720928"/>
    </t:Anchor>
    <t:History>
      <t:Event id="{E4B2F477-A305-4D8B-97C1-8D7C0DA36DF8}" time="2026-10-13T05:06:06.645Z">
        <t:Attribution userId="S::lruddy@girlscoutsoc.org::97bb9407-7611-4aab-bc26-6ad5f68c6407" userProvider="AD" userName="Leila Ruddy"/>
        <t:Anchor>
          <t:Comment id="859720928"/>
        </t:Anchor>
        <t:Create/>
      </t:Event>
      <t:Event id="{34DEFEE3-81A9-4528-AECA-4BAFC8456A57}" time="2026-10-13T05:06:06.645Z">
        <t:Attribution userId="S::lruddy@girlscoutsoc.org::97bb9407-7611-4aab-bc26-6ad5f68c6407" userProvider="AD" userName="Leila Ruddy"/>
        <t:Anchor>
          <t:Comment id="859720928"/>
        </t:Anchor>
        <t:Assign userId="S::cbonamassa@girlscoutsoc.org::2b714125-0066-4854-8600-aaacc60dc78e" userProvider="AD" userName="Corina Bonamassa"/>
      </t:Event>
      <t:Event id="{D0291518-8ED3-4028-8C2D-C8415FE7B482}" time="2026-10-13T05:06:06.645Z">
        <t:Attribution userId="S::lruddy@girlscoutsoc.org::97bb9407-7611-4aab-bc26-6ad5f68c6407" userProvider="AD" userName="Leila Ruddy"/>
        <t:Anchor>
          <t:Comment id="859720928"/>
        </t:Anchor>
        <t:SetTitle title="@Corina Bonamassa Here you call it the &quot;completed training&quot; check in, but it looks like the email is actually called &quot;Handoff to Finance Coord&quot;. Should that be upda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ac4302a-9477-48cf-9956-107abda87a96" xsi:nil="true"/>
    <lcf76f155ced4ddcb4097134ff3c332f xmlns="78664e86-88c4-4baa-b247-7b8741e6d1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4DB031F072554AB0F7F8E49093CE57" ma:contentTypeVersion="13" ma:contentTypeDescription="Create a new document." ma:contentTypeScope="" ma:versionID="dc778cf41b70387a4711eadd1a33fdfe">
  <xsd:schema xmlns:xsd="http://www.w3.org/2001/XMLSchema" xmlns:xs="http://www.w3.org/2001/XMLSchema" xmlns:p="http://schemas.microsoft.com/office/2006/metadata/properties" xmlns:ns2="78664e86-88c4-4baa-b247-7b8741e6d18c" xmlns:ns3="1ac4302a-9477-48cf-9956-107abda87a96" targetNamespace="http://schemas.microsoft.com/office/2006/metadata/properties" ma:root="true" ma:fieldsID="98d619596e954ed5fe633f86263ac6e8" ns2:_="" ns3:_="">
    <xsd:import namespace="78664e86-88c4-4baa-b247-7b8741e6d18c"/>
    <xsd:import namespace="1ac4302a-9477-48cf-9956-107abda87a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64e86-88c4-4baa-b247-7b8741e6d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2ddead-8cf2-4567-a42b-19a5aff5f91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302a-9477-48cf-9956-107abda87a9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4ded42-94a6-4452-978a-9c19c31d9601}" ma:internalName="TaxCatchAll" ma:showField="CatchAllData" ma:web="1ac4302a-9477-48cf-9956-107abda87a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A4853BC-9387-4139-957C-7F8A42B496F9}">
  <ds:schemaRefs>
    <ds:schemaRef ds:uri="http://schemas.microsoft.com/office/2006/metadata/properties"/>
    <ds:schemaRef ds:uri="http://schemas.microsoft.com/office/infopath/2007/PartnerControls"/>
    <ds:schemaRef ds:uri="1ac4302a-9477-48cf-9956-107abda87a96"/>
    <ds:schemaRef ds:uri="78664e86-88c4-4baa-b247-7b8741e6d18c"/>
  </ds:schemaRefs>
</ds:datastoreItem>
</file>

<file path=customXml/itemProps3.xml><?xml version="1.0" encoding="utf-8"?>
<ds:datastoreItem xmlns:ds="http://schemas.openxmlformats.org/officeDocument/2006/customXml" ds:itemID="{655842E6-15C6-4AB7-A24A-745A5E2DBEB1}">
  <ds:schemaRefs>
    <ds:schemaRef ds:uri="http://schemas.microsoft.com/sharepoint/v3/contenttype/forms"/>
  </ds:schemaRefs>
</ds:datastoreItem>
</file>

<file path=customXml/itemProps4.xml><?xml version="1.0" encoding="utf-8"?>
<ds:datastoreItem xmlns:ds="http://schemas.openxmlformats.org/officeDocument/2006/customXml" ds:itemID="{304E4016-30BD-4ED1-B46F-C21F79E0D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64e86-88c4-4baa-b247-7b8741e6d18c"/>
    <ds:schemaRef ds:uri="1ac4302a-9477-48cf-9956-107abda87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1307</Words>
  <Characters>7452</Characters>
  <Application>Microsoft Office Word</Application>
  <DocSecurity>0</DocSecurity>
  <Lines>62</Lines>
  <Paragraphs>17</Paragraphs>
  <ScaleCrop>false</ScaleCrop>
  <Manager/>
  <Company/>
  <LinksUpToDate>false</LinksUpToDate>
  <CharactersWithSpaces>8742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Corina Bonamassa</cp:lastModifiedBy>
  <cp:revision>2</cp:revision>
  <dcterms:created xsi:type="dcterms:W3CDTF">2026-10-14T20:49:00Z</dcterms:created>
  <dcterms:modified xsi:type="dcterms:W3CDTF">2026-10-14T20:49:00Z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0x010100A54DB031F072554AB0F7F8E49093CE57</vt:lpwstr>
  </property>
  <property fmtid="{D5CDD505-2E9C-101B-9397-08002B2CF9AE}" pid="3" name="MediaServiceImageTags">
    <vt:lpwstr/>
  </property>
</Properties>
</file>